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149E" w14:textId="1A783461" w:rsidR="006A090A" w:rsidRPr="00541F17" w:rsidRDefault="00556B10">
      <w:pPr>
        <w:jc w:val="right"/>
        <w:rPr>
          <w:lang w:val="pl-PL"/>
        </w:rPr>
      </w:pPr>
      <w:r w:rsidRPr="00541F17">
        <w:rPr>
          <w:sz w:val="16"/>
          <w:lang w:val="pl-PL"/>
        </w:rPr>
        <w:t>Załącznik nr 1 do Ogłoszenia</w:t>
      </w:r>
      <w:r w:rsidRPr="00541F17">
        <w:rPr>
          <w:sz w:val="16"/>
          <w:lang w:val="pl-PL"/>
        </w:rPr>
        <w:br/>
        <w:t>stanowiącego załącznik do Zarządzenia Nr 2</w:t>
      </w:r>
      <w:r w:rsidR="0020451D">
        <w:rPr>
          <w:sz w:val="16"/>
          <w:lang w:val="pl-PL"/>
        </w:rPr>
        <w:t>12</w:t>
      </w:r>
      <w:r w:rsidRPr="00541F17">
        <w:rPr>
          <w:sz w:val="16"/>
          <w:lang w:val="pl-PL"/>
        </w:rPr>
        <w:t>/2026</w:t>
      </w:r>
      <w:r w:rsidRPr="00541F17">
        <w:rPr>
          <w:sz w:val="16"/>
          <w:lang w:val="pl-PL"/>
        </w:rPr>
        <w:br/>
        <w:t xml:space="preserve">Burmistrza Strzelec Opolskich z dnia </w:t>
      </w:r>
      <w:r w:rsidR="0020451D">
        <w:rPr>
          <w:sz w:val="16"/>
          <w:lang w:val="pl-PL"/>
        </w:rPr>
        <w:t>3</w:t>
      </w:r>
      <w:r w:rsidRPr="00541F17">
        <w:rPr>
          <w:sz w:val="16"/>
          <w:lang w:val="pl-PL"/>
        </w:rPr>
        <w:t xml:space="preserve"> września 2026 r.</w:t>
      </w:r>
    </w:p>
    <w:p w14:paraId="6F2AA878" w14:textId="0E95324D" w:rsidR="006A090A" w:rsidRPr="006A4730" w:rsidRDefault="00556B10">
      <w:pPr>
        <w:spacing w:after="60"/>
        <w:jc w:val="center"/>
        <w:rPr>
          <w:sz w:val="22"/>
          <w:lang w:val="pl-PL"/>
        </w:rPr>
      </w:pPr>
      <w:r w:rsidRPr="006A4730">
        <w:rPr>
          <w:b/>
          <w:sz w:val="22"/>
          <w:lang w:val="pl-PL"/>
        </w:rPr>
        <w:t>WZÓR OFERTY NA REALIZACJĘ ZADANIA</w:t>
      </w:r>
      <w:r w:rsidRPr="006A4730">
        <w:rPr>
          <w:b/>
          <w:sz w:val="22"/>
          <w:lang w:val="pl-PL"/>
        </w:rPr>
        <w:br/>
        <w:t>W KONKURSIE OFERT, O KTÓRYM MOWA W ART. 14</w:t>
      </w:r>
      <w:r w:rsidR="009D3C5B" w:rsidRPr="006A4730">
        <w:rPr>
          <w:b/>
          <w:sz w:val="22"/>
          <w:lang w:val="pl-PL"/>
        </w:rPr>
        <w:t> </w:t>
      </w:r>
      <w:r w:rsidRPr="006A4730">
        <w:rPr>
          <w:b/>
          <w:sz w:val="22"/>
          <w:lang w:val="pl-PL"/>
        </w:rPr>
        <w:t>USTAWY Z DNIA 11 WRZEŚNIA 2015</w:t>
      </w:r>
      <w:r w:rsidR="006A4730" w:rsidRPr="006A4730">
        <w:rPr>
          <w:b/>
          <w:sz w:val="22"/>
          <w:lang w:val="pl-PL"/>
        </w:rPr>
        <w:t> </w:t>
      </w:r>
      <w:r w:rsidRPr="006A4730">
        <w:rPr>
          <w:b/>
          <w:sz w:val="22"/>
          <w:lang w:val="pl-PL"/>
        </w:rPr>
        <w:t>R. O</w:t>
      </w:r>
      <w:r w:rsidR="006A4730">
        <w:rPr>
          <w:b/>
          <w:sz w:val="22"/>
          <w:lang w:val="pl-PL"/>
        </w:rPr>
        <w:t> </w:t>
      </w:r>
      <w:r w:rsidRPr="006A4730">
        <w:rPr>
          <w:b/>
          <w:sz w:val="22"/>
          <w:lang w:val="pl-PL"/>
        </w:rPr>
        <w:t>ZDROWIU PUBLICZNYM</w:t>
      </w:r>
    </w:p>
    <w:p w14:paraId="528DF0D7" w14:textId="77777777" w:rsidR="006A090A" w:rsidRPr="00541F17" w:rsidRDefault="00556B10">
      <w:pPr>
        <w:jc w:val="center"/>
        <w:rPr>
          <w:lang w:val="pl-PL"/>
        </w:rPr>
      </w:pPr>
      <w:r w:rsidRPr="00541F17">
        <w:rPr>
          <w:b/>
          <w:lang w:val="pl-PL"/>
        </w:rPr>
        <w:t>NA ZADANIE:</w:t>
      </w:r>
      <w:r w:rsidRPr="00541F17">
        <w:rPr>
          <w:b/>
          <w:lang w:val="pl-PL"/>
        </w:rPr>
        <w:br/>
        <w:t>„Prowadzenie Klubu Abstynenta na terenie Gminy Strzelce Opolskie w latach 2026–2027”</w:t>
      </w:r>
    </w:p>
    <w:p w14:paraId="2A5D3BA7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1. Dane dotyczące oferenta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72"/>
        <w:gridCol w:w="6151"/>
      </w:tblGrid>
      <w:tr w:rsidR="006A090A" w:rsidRPr="00541F17" w14:paraId="7678D845" w14:textId="77777777">
        <w:trPr>
          <w:jc w:val="center"/>
        </w:trPr>
        <w:tc>
          <w:tcPr>
            <w:tcW w:w="425" w:type="dxa"/>
          </w:tcPr>
          <w:p w14:paraId="55C63D73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</w:t>
            </w:r>
          </w:p>
        </w:tc>
        <w:tc>
          <w:tcPr>
            <w:tcW w:w="3572" w:type="dxa"/>
            <w:shd w:val="clear" w:color="auto" w:fill="EDEDED"/>
          </w:tcPr>
          <w:p w14:paraId="31303F1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Pełna nazwa</w:t>
            </w:r>
          </w:p>
        </w:tc>
        <w:tc>
          <w:tcPr>
            <w:tcW w:w="6151" w:type="dxa"/>
          </w:tcPr>
          <w:p w14:paraId="63B11C33" w14:textId="77777777" w:rsidR="006A090A" w:rsidRPr="00541F17" w:rsidRDefault="006A090A">
            <w:pPr>
              <w:rPr>
                <w:lang w:val="pl-PL"/>
              </w:rPr>
            </w:pPr>
          </w:p>
          <w:p w14:paraId="22F0444C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5B88DA62" w14:textId="77777777">
        <w:trPr>
          <w:jc w:val="center"/>
        </w:trPr>
        <w:tc>
          <w:tcPr>
            <w:tcW w:w="425" w:type="dxa"/>
          </w:tcPr>
          <w:p w14:paraId="150DC5E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</w:t>
            </w:r>
          </w:p>
        </w:tc>
        <w:tc>
          <w:tcPr>
            <w:tcW w:w="3572" w:type="dxa"/>
            <w:shd w:val="clear" w:color="auto" w:fill="EDEDED"/>
          </w:tcPr>
          <w:p w14:paraId="4C6E0C0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Forma prawna</w:t>
            </w:r>
          </w:p>
        </w:tc>
        <w:tc>
          <w:tcPr>
            <w:tcW w:w="6151" w:type="dxa"/>
          </w:tcPr>
          <w:p w14:paraId="6AD0093A" w14:textId="77777777" w:rsidR="006A090A" w:rsidRPr="00541F17" w:rsidRDefault="006A090A">
            <w:pPr>
              <w:rPr>
                <w:lang w:val="pl-PL"/>
              </w:rPr>
            </w:pPr>
          </w:p>
          <w:p w14:paraId="34D14676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560A89FC" w14:textId="77777777">
        <w:trPr>
          <w:jc w:val="center"/>
        </w:trPr>
        <w:tc>
          <w:tcPr>
            <w:tcW w:w="425" w:type="dxa"/>
          </w:tcPr>
          <w:p w14:paraId="2C2EC050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3</w:t>
            </w:r>
          </w:p>
        </w:tc>
        <w:tc>
          <w:tcPr>
            <w:tcW w:w="3572" w:type="dxa"/>
            <w:shd w:val="clear" w:color="auto" w:fill="EDEDED"/>
          </w:tcPr>
          <w:p w14:paraId="1894875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Numer KRS lub wpisu w innym rejestrze / ewidencji</w:t>
            </w:r>
          </w:p>
        </w:tc>
        <w:tc>
          <w:tcPr>
            <w:tcW w:w="6151" w:type="dxa"/>
          </w:tcPr>
          <w:p w14:paraId="2001FC58" w14:textId="77777777" w:rsidR="006A090A" w:rsidRPr="00541F17" w:rsidRDefault="006A090A">
            <w:pPr>
              <w:rPr>
                <w:lang w:val="pl-PL"/>
              </w:rPr>
            </w:pPr>
          </w:p>
          <w:p w14:paraId="1518087E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461B348C" w14:textId="77777777">
        <w:trPr>
          <w:jc w:val="center"/>
        </w:trPr>
        <w:tc>
          <w:tcPr>
            <w:tcW w:w="425" w:type="dxa"/>
          </w:tcPr>
          <w:p w14:paraId="6D5C7BEF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4</w:t>
            </w:r>
          </w:p>
        </w:tc>
        <w:tc>
          <w:tcPr>
            <w:tcW w:w="3572" w:type="dxa"/>
            <w:shd w:val="clear" w:color="auto" w:fill="EDEDED"/>
          </w:tcPr>
          <w:p w14:paraId="100B758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Data wpisu, rejestracji lub utworzenia</w:t>
            </w:r>
          </w:p>
        </w:tc>
        <w:tc>
          <w:tcPr>
            <w:tcW w:w="6151" w:type="dxa"/>
          </w:tcPr>
          <w:p w14:paraId="6AAF391B" w14:textId="77777777" w:rsidR="006A090A" w:rsidRPr="00541F17" w:rsidRDefault="006A090A">
            <w:pPr>
              <w:rPr>
                <w:lang w:val="pl-PL"/>
              </w:rPr>
            </w:pPr>
          </w:p>
          <w:p w14:paraId="22A8F066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25A86637" w14:textId="77777777">
        <w:trPr>
          <w:jc w:val="center"/>
        </w:trPr>
        <w:tc>
          <w:tcPr>
            <w:tcW w:w="425" w:type="dxa"/>
          </w:tcPr>
          <w:p w14:paraId="1CBBC13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5</w:t>
            </w:r>
          </w:p>
        </w:tc>
        <w:tc>
          <w:tcPr>
            <w:tcW w:w="3572" w:type="dxa"/>
            <w:shd w:val="clear" w:color="auto" w:fill="EDEDED"/>
          </w:tcPr>
          <w:p w14:paraId="69F12DF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NIP</w:t>
            </w:r>
          </w:p>
        </w:tc>
        <w:tc>
          <w:tcPr>
            <w:tcW w:w="6151" w:type="dxa"/>
          </w:tcPr>
          <w:p w14:paraId="1D5C5C89" w14:textId="77777777" w:rsidR="006A090A" w:rsidRPr="00541F17" w:rsidRDefault="006A090A">
            <w:pPr>
              <w:rPr>
                <w:lang w:val="pl-PL"/>
              </w:rPr>
            </w:pPr>
          </w:p>
          <w:p w14:paraId="647CDFF3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14D09253" w14:textId="77777777">
        <w:trPr>
          <w:jc w:val="center"/>
        </w:trPr>
        <w:tc>
          <w:tcPr>
            <w:tcW w:w="425" w:type="dxa"/>
          </w:tcPr>
          <w:p w14:paraId="486605E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6</w:t>
            </w:r>
          </w:p>
        </w:tc>
        <w:tc>
          <w:tcPr>
            <w:tcW w:w="3572" w:type="dxa"/>
            <w:shd w:val="clear" w:color="auto" w:fill="EDEDED"/>
          </w:tcPr>
          <w:p w14:paraId="0CFD320F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REGON</w:t>
            </w:r>
          </w:p>
        </w:tc>
        <w:tc>
          <w:tcPr>
            <w:tcW w:w="6151" w:type="dxa"/>
          </w:tcPr>
          <w:p w14:paraId="47A57EB0" w14:textId="77777777" w:rsidR="006A090A" w:rsidRPr="00541F17" w:rsidRDefault="006A090A">
            <w:pPr>
              <w:rPr>
                <w:lang w:val="pl-PL"/>
              </w:rPr>
            </w:pPr>
          </w:p>
          <w:p w14:paraId="68761355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72E75476" w14:textId="77777777">
        <w:trPr>
          <w:jc w:val="center"/>
        </w:trPr>
        <w:tc>
          <w:tcPr>
            <w:tcW w:w="425" w:type="dxa"/>
          </w:tcPr>
          <w:p w14:paraId="208A49F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7</w:t>
            </w:r>
          </w:p>
        </w:tc>
        <w:tc>
          <w:tcPr>
            <w:tcW w:w="3572" w:type="dxa"/>
            <w:shd w:val="clear" w:color="auto" w:fill="EDEDED"/>
          </w:tcPr>
          <w:p w14:paraId="7443DA4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Adres siedziby</w:t>
            </w:r>
          </w:p>
        </w:tc>
        <w:tc>
          <w:tcPr>
            <w:tcW w:w="6151" w:type="dxa"/>
          </w:tcPr>
          <w:p w14:paraId="39BF9F05" w14:textId="77777777" w:rsidR="006A090A" w:rsidRPr="00541F17" w:rsidRDefault="006A090A">
            <w:pPr>
              <w:rPr>
                <w:lang w:val="pl-PL"/>
              </w:rPr>
            </w:pPr>
          </w:p>
          <w:p w14:paraId="6A1997F4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7B2D9AB1" w14:textId="77777777">
        <w:trPr>
          <w:jc w:val="center"/>
        </w:trPr>
        <w:tc>
          <w:tcPr>
            <w:tcW w:w="425" w:type="dxa"/>
          </w:tcPr>
          <w:p w14:paraId="2FA0377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8</w:t>
            </w:r>
          </w:p>
        </w:tc>
        <w:tc>
          <w:tcPr>
            <w:tcW w:w="3572" w:type="dxa"/>
            <w:shd w:val="clear" w:color="auto" w:fill="EDEDED"/>
          </w:tcPr>
          <w:p w14:paraId="307DA3BB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Telefon</w:t>
            </w:r>
          </w:p>
        </w:tc>
        <w:tc>
          <w:tcPr>
            <w:tcW w:w="6151" w:type="dxa"/>
          </w:tcPr>
          <w:p w14:paraId="64756CC5" w14:textId="77777777" w:rsidR="006A090A" w:rsidRPr="00541F17" w:rsidRDefault="006A090A">
            <w:pPr>
              <w:rPr>
                <w:lang w:val="pl-PL"/>
              </w:rPr>
            </w:pPr>
          </w:p>
          <w:p w14:paraId="5EFF174C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5F9D46A7" w14:textId="77777777">
        <w:trPr>
          <w:jc w:val="center"/>
        </w:trPr>
        <w:tc>
          <w:tcPr>
            <w:tcW w:w="425" w:type="dxa"/>
          </w:tcPr>
          <w:p w14:paraId="1F94819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9</w:t>
            </w:r>
          </w:p>
        </w:tc>
        <w:tc>
          <w:tcPr>
            <w:tcW w:w="3572" w:type="dxa"/>
            <w:shd w:val="clear" w:color="auto" w:fill="EDEDED"/>
          </w:tcPr>
          <w:p w14:paraId="1F3B8EE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E-mail</w:t>
            </w:r>
          </w:p>
        </w:tc>
        <w:tc>
          <w:tcPr>
            <w:tcW w:w="6151" w:type="dxa"/>
          </w:tcPr>
          <w:p w14:paraId="6C9947A2" w14:textId="77777777" w:rsidR="006A090A" w:rsidRPr="00541F17" w:rsidRDefault="006A090A">
            <w:pPr>
              <w:rPr>
                <w:lang w:val="pl-PL"/>
              </w:rPr>
            </w:pPr>
          </w:p>
          <w:p w14:paraId="4AE573EE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26369AB0" w14:textId="77777777">
        <w:trPr>
          <w:jc w:val="center"/>
        </w:trPr>
        <w:tc>
          <w:tcPr>
            <w:tcW w:w="425" w:type="dxa"/>
          </w:tcPr>
          <w:p w14:paraId="2FAC62A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10</w:t>
            </w:r>
          </w:p>
        </w:tc>
        <w:tc>
          <w:tcPr>
            <w:tcW w:w="3572" w:type="dxa"/>
            <w:shd w:val="clear" w:color="auto" w:fill="EDEDED"/>
          </w:tcPr>
          <w:p w14:paraId="0351E01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Adres strony internetowej – jeżeli dotyczy</w:t>
            </w:r>
          </w:p>
        </w:tc>
        <w:tc>
          <w:tcPr>
            <w:tcW w:w="6151" w:type="dxa"/>
          </w:tcPr>
          <w:p w14:paraId="677CEE1B" w14:textId="77777777" w:rsidR="006A090A" w:rsidRPr="00541F17" w:rsidRDefault="006A090A">
            <w:pPr>
              <w:rPr>
                <w:lang w:val="pl-PL"/>
              </w:rPr>
            </w:pPr>
          </w:p>
          <w:p w14:paraId="770F6F88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56499EB5" w14:textId="77777777">
        <w:trPr>
          <w:jc w:val="center"/>
        </w:trPr>
        <w:tc>
          <w:tcPr>
            <w:tcW w:w="425" w:type="dxa"/>
          </w:tcPr>
          <w:p w14:paraId="17D91A1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11</w:t>
            </w:r>
          </w:p>
        </w:tc>
        <w:tc>
          <w:tcPr>
            <w:tcW w:w="3572" w:type="dxa"/>
            <w:shd w:val="clear" w:color="auto" w:fill="EDEDED"/>
          </w:tcPr>
          <w:p w14:paraId="7ECAE17B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Nazwa banku</w:t>
            </w:r>
          </w:p>
        </w:tc>
        <w:tc>
          <w:tcPr>
            <w:tcW w:w="6151" w:type="dxa"/>
          </w:tcPr>
          <w:p w14:paraId="046F3A50" w14:textId="77777777" w:rsidR="006A090A" w:rsidRPr="00541F17" w:rsidRDefault="006A090A">
            <w:pPr>
              <w:rPr>
                <w:lang w:val="pl-PL"/>
              </w:rPr>
            </w:pPr>
          </w:p>
          <w:p w14:paraId="483938EC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69F09B3F" w14:textId="77777777">
        <w:trPr>
          <w:jc w:val="center"/>
        </w:trPr>
        <w:tc>
          <w:tcPr>
            <w:tcW w:w="425" w:type="dxa"/>
          </w:tcPr>
          <w:p w14:paraId="615A71F3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12</w:t>
            </w:r>
          </w:p>
        </w:tc>
        <w:tc>
          <w:tcPr>
            <w:tcW w:w="3572" w:type="dxa"/>
            <w:shd w:val="clear" w:color="auto" w:fill="EDEDED"/>
          </w:tcPr>
          <w:p w14:paraId="65D25C3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Numer rachunku bankowego</w:t>
            </w:r>
          </w:p>
        </w:tc>
        <w:tc>
          <w:tcPr>
            <w:tcW w:w="6151" w:type="dxa"/>
          </w:tcPr>
          <w:p w14:paraId="7B9F6277" w14:textId="77777777" w:rsidR="006A090A" w:rsidRPr="00541F17" w:rsidRDefault="006A090A">
            <w:pPr>
              <w:rPr>
                <w:lang w:val="pl-PL"/>
              </w:rPr>
            </w:pPr>
          </w:p>
          <w:p w14:paraId="52282A6E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33DA6B09" w14:textId="77777777">
        <w:trPr>
          <w:jc w:val="center"/>
        </w:trPr>
        <w:tc>
          <w:tcPr>
            <w:tcW w:w="425" w:type="dxa"/>
          </w:tcPr>
          <w:p w14:paraId="4E809F3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13</w:t>
            </w:r>
          </w:p>
        </w:tc>
        <w:tc>
          <w:tcPr>
            <w:tcW w:w="3572" w:type="dxa"/>
            <w:shd w:val="clear" w:color="auto" w:fill="EDEDED"/>
          </w:tcPr>
          <w:p w14:paraId="37681CC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Imiona i nazwiska osób upoważnionych do reprezentowania oferenta i podpisania umowy</w:t>
            </w:r>
          </w:p>
        </w:tc>
        <w:tc>
          <w:tcPr>
            <w:tcW w:w="6151" w:type="dxa"/>
          </w:tcPr>
          <w:p w14:paraId="637DDADC" w14:textId="77777777" w:rsidR="006A090A" w:rsidRPr="00541F17" w:rsidRDefault="006A090A">
            <w:pPr>
              <w:rPr>
                <w:lang w:val="pl-PL"/>
              </w:rPr>
            </w:pPr>
          </w:p>
          <w:p w14:paraId="3025C3EF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08657F0E" w14:textId="77777777">
        <w:trPr>
          <w:jc w:val="center"/>
        </w:trPr>
        <w:tc>
          <w:tcPr>
            <w:tcW w:w="425" w:type="dxa"/>
          </w:tcPr>
          <w:p w14:paraId="5D490F7C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14</w:t>
            </w:r>
          </w:p>
        </w:tc>
        <w:tc>
          <w:tcPr>
            <w:tcW w:w="3572" w:type="dxa"/>
            <w:shd w:val="clear" w:color="auto" w:fill="EDEDED"/>
          </w:tcPr>
          <w:p w14:paraId="56E3F25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Osoba upoważniona do składania wyjaśnień dotyczących oferty (imię i nazwisko, telefon, e-mail)</w:t>
            </w:r>
          </w:p>
        </w:tc>
        <w:tc>
          <w:tcPr>
            <w:tcW w:w="6151" w:type="dxa"/>
          </w:tcPr>
          <w:p w14:paraId="766EB7CF" w14:textId="77777777" w:rsidR="006A090A" w:rsidRPr="00541F17" w:rsidRDefault="006A090A">
            <w:pPr>
              <w:rPr>
                <w:lang w:val="pl-PL"/>
              </w:rPr>
            </w:pPr>
          </w:p>
          <w:p w14:paraId="01D5F6B0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0507C4A5" w14:textId="77777777">
        <w:trPr>
          <w:jc w:val="center"/>
        </w:trPr>
        <w:tc>
          <w:tcPr>
            <w:tcW w:w="425" w:type="dxa"/>
          </w:tcPr>
          <w:p w14:paraId="38C7E9A5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15</w:t>
            </w:r>
          </w:p>
        </w:tc>
        <w:tc>
          <w:tcPr>
            <w:tcW w:w="3572" w:type="dxa"/>
            <w:shd w:val="clear" w:color="auto" w:fill="EDEDED"/>
          </w:tcPr>
          <w:p w14:paraId="685B3A3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Przedmiot działalności statutowej</w:t>
            </w:r>
          </w:p>
        </w:tc>
        <w:tc>
          <w:tcPr>
            <w:tcW w:w="6151" w:type="dxa"/>
          </w:tcPr>
          <w:p w14:paraId="457F0590" w14:textId="77777777" w:rsidR="006A090A" w:rsidRPr="00541F17" w:rsidRDefault="006A090A">
            <w:pPr>
              <w:rPr>
                <w:lang w:val="pl-PL"/>
              </w:rPr>
            </w:pPr>
          </w:p>
          <w:p w14:paraId="0ED463DD" w14:textId="77777777" w:rsidR="006458BA" w:rsidRPr="00541F17" w:rsidRDefault="006458BA">
            <w:pPr>
              <w:rPr>
                <w:lang w:val="pl-PL"/>
              </w:rPr>
            </w:pPr>
          </w:p>
        </w:tc>
      </w:tr>
      <w:tr w:rsidR="006A090A" w:rsidRPr="00541F17" w14:paraId="32C765AE" w14:textId="77777777">
        <w:trPr>
          <w:jc w:val="center"/>
        </w:trPr>
        <w:tc>
          <w:tcPr>
            <w:tcW w:w="425" w:type="dxa"/>
          </w:tcPr>
          <w:p w14:paraId="160F99A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16</w:t>
            </w:r>
          </w:p>
        </w:tc>
        <w:tc>
          <w:tcPr>
            <w:tcW w:w="3572" w:type="dxa"/>
            <w:shd w:val="clear" w:color="auto" w:fill="EDEDED"/>
          </w:tcPr>
          <w:p w14:paraId="6F8564F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Jeżeli oferent prowadzi działalność gospodarczą:</w:t>
            </w:r>
          </w:p>
        </w:tc>
        <w:tc>
          <w:tcPr>
            <w:tcW w:w="6151" w:type="dxa"/>
          </w:tcPr>
          <w:p w14:paraId="6B80444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a) numer wpisu w rejestrze przedsiębiorców:</w:t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  <w:t>b) przedmiot działalności gospodarczej:</w:t>
            </w:r>
            <w:r w:rsidRPr="00541F17">
              <w:rPr>
                <w:lang w:val="pl-PL"/>
              </w:rPr>
              <w:br/>
            </w:r>
          </w:p>
        </w:tc>
      </w:tr>
    </w:tbl>
    <w:p w14:paraId="269485A0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2. Szczegółowy sposób realizacji zadania</w:t>
      </w:r>
    </w:p>
    <w:p w14:paraId="2AD7148E" w14:textId="05939872" w:rsidR="006A090A" w:rsidRPr="00843A36" w:rsidRDefault="00217A08" w:rsidP="00843A36">
      <w:pPr>
        <w:spacing w:after="60"/>
        <w:jc w:val="both"/>
        <w:rPr>
          <w:i/>
          <w:sz w:val="17"/>
          <w:lang w:val="pl-PL"/>
        </w:rPr>
      </w:pPr>
      <w:r w:rsidRPr="00217A08">
        <w:rPr>
          <w:i/>
          <w:sz w:val="17"/>
          <w:lang w:val="pl-PL"/>
        </w:rPr>
        <w:t>Każdy element należy uzupełnić. Opis musi być spójny z harmonogramem, rezultatami i kosztorysem. Opis sposobu realizacji zadania powinien uwzględniać wymagania określone w Ogłoszeniu konkursowym oraz aktualne rekomendacje KCPU właściwe dla zakresu zadania.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572"/>
        <w:gridCol w:w="6577"/>
      </w:tblGrid>
      <w:tr w:rsidR="006A090A" w:rsidRPr="00541F17" w14:paraId="7A8E5004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183C65B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2.1. Sposób prowadzenia Klubu i organizacja jego pracy</w:t>
            </w:r>
          </w:p>
        </w:tc>
        <w:tc>
          <w:tcPr>
            <w:tcW w:w="6577" w:type="dxa"/>
          </w:tcPr>
          <w:p w14:paraId="601757C0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</w:p>
        </w:tc>
      </w:tr>
      <w:tr w:rsidR="006A090A" w:rsidRPr="00541F17" w14:paraId="6670F28A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40A09F8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2.2. Planowane działania rehabilitacyjne, postrehabilitacyjne, wspierające, edukacyjne, profilaktyczne, integracyjne i aktywizujące</w:t>
            </w:r>
          </w:p>
        </w:tc>
        <w:tc>
          <w:tcPr>
            <w:tcW w:w="6577" w:type="dxa"/>
          </w:tcPr>
          <w:p w14:paraId="6D15552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lastRenderedPageBreak/>
              <w:br/>
            </w:r>
          </w:p>
        </w:tc>
      </w:tr>
      <w:tr w:rsidR="006A090A" w:rsidRPr="00541F17" w14:paraId="557FF0F2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161580A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lastRenderedPageBreak/>
              <w:t>2.3. Grupy odbiorców i sposób rekrutacji uczestników</w:t>
            </w:r>
          </w:p>
        </w:tc>
        <w:tc>
          <w:tcPr>
            <w:tcW w:w="6577" w:type="dxa"/>
          </w:tcPr>
          <w:p w14:paraId="51F595C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</w:p>
        </w:tc>
      </w:tr>
      <w:tr w:rsidR="006A090A" w:rsidRPr="00541F17" w14:paraId="2D728E30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284B6535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2.4. Planowana skala działań: liczba spotkań/zajęć, liczba godzin i przewidywana liczba uczestników</w:t>
            </w:r>
          </w:p>
        </w:tc>
        <w:tc>
          <w:tcPr>
            <w:tcW w:w="6577" w:type="dxa"/>
          </w:tcPr>
          <w:p w14:paraId="6F766E4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</w:p>
        </w:tc>
      </w:tr>
      <w:tr w:rsidR="006A090A" w:rsidRPr="00541F17" w14:paraId="33EF4E2E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1EC597F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2.5. Sposób zapewnienia regularnej dostępności Klubu</w:t>
            </w:r>
          </w:p>
        </w:tc>
        <w:tc>
          <w:tcPr>
            <w:tcW w:w="6577" w:type="dxa"/>
          </w:tcPr>
          <w:p w14:paraId="1D64828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</w:p>
        </w:tc>
      </w:tr>
      <w:tr w:rsidR="006A090A" w:rsidRPr="00541F17" w14:paraId="107BFF6A" w14:textId="77777777">
        <w:trPr>
          <w:jc w:val="center"/>
        </w:trPr>
        <w:tc>
          <w:tcPr>
            <w:tcW w:w="3572" w:type="dxa"/>
            <w:shd w:val="clear" w:color="auto" w:fill="EDEDED"/>
          </w:tcPr>
          <w:p w14:paraId="7E9700D7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2.6. Współpraca z GKRPA, OPS, placówkami leczenia uzależnień oraz innymi podmiotami wskazanymi w Ogłoszeniu</w:t>
            </w:r>
          </w:p>
        </w:tc>
        <w:tc>
          <w:tcPr>
            <w:tcW w:w="6577" w:type="dxa"/>
          </w:tcPr>
          <w:p w14:paraId="020838E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</w:r>
          </w:p>
        </w:tc>
      </w:tr>
    </w:tbl>
    <w:p w14:paraId="000244E7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3. Termin i miejsce realizacji zadania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572"/>
        <w:gridCol w:w="6577"/>
      </w:tblGrid>
      <w:tr w:rsidR="006A090A" w:rsidRPr="00541F17" w14:paraId="2548130F" w14:textId="77777777" w:rsidTr="00691365">
        <w:trPr>
          <w:cantSplit/>
          <w:jc w:val="center"/>
        </w:trPr>
        <w:tc>
          <w:tcPr>
            <w:tcW w:w="3572" w:type="dxa"/>
            <w:shd w:val="clear" w:color="auto" w:fill="EDEDED"/>
          </w:tcPr>
          <w:p w14:paraId="721A0FA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Termin realizacji zadania</w:t>
            </w:r>
          </w:p>
        </w:tc>
        <w:tc>
          <w:tcPr>
            <w:tcW w:w="6577" w:type="dxa"/>
          </w:tcPr>
          <w:p w14:paraId="052B20F5" w14:textId="77777777" w:rsidR="009271AE" w:rsidRDefault="009271AE">
            <w:pPr>
              <w:rPr>
                <w:lang w:val="pl-PL"/>
              </w:rPr>
            </w:pPr>
          </w:p>
          <w:p w14:paraId="6CD793A5" w14:textId="65C9AE28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od ........................................ do 31 grudnia 2027 r.</w:t>
            </w:r>
            <w:r w:rsidRPr="00541F17">
              <w:rPr>
                <w:lang w:val="pl-PL"/>
              </w:rPr>
              <w:br/>
              <w:t>(</w:t>
            </w:r>
            <w:proofErr w:type="gramStart"/>
            <w:r w:rsidRPr="00541F17">
              <w:rPr>
                <w:lang w:val="pl-PL"/>
              </w:rPr>
              <w:t>nie wcześniej</w:t>
            </w:r>
            <w:proofErr w:type="gramEnd"/>
            <w:r w:rsidRPr="00541F17">
              <w:rPr>
                <w:lang w:val="pl-PL"/>
              </w:rPr>
              <w:t xml:space="preserve"> niż od dnia zawarcia umowy i </w:t>
            </w:r>
            <w:proofErr w:type="gramStart"/>
            <w:r w:rsidRPr="00541F17">
              <w:rPr>
                <w:lang w:val="pl-PL"/>
              </w:rPr>
              <w:t>nie wcześniej</w:t>
            </w:r>
            <w:proofErr w:type="gramEnd"/>
            <w:r w:rsidRPr="00541F17">
              <w:rPr>
                <w:lang w:val="pl-PL"/>
              </w:rPr>
              <w:t xml:space="preserve"> niż od 1 października 2026 r.)</w:t>
            </w:r>
          </w:p>
        </w:tc>
      </w:tr>
      <w:tr w:rsidR="006A090A" w:rsidRPr="00541F17" w14:paraId="7A354D17" w14:textId="77777777" w:rsidTr="00691365">
        <w:trPr>
          <w:cantSplit/>
          <w:jc w:val="center"/>
        </w:trPr>
        <w:tc>
          <w:tcPr>
            <w:tcW w:w="3572" w:type="dxa"/>
            <w:shd w:val="clear" w:color="auto" w:fill="EDEDED"/>
          </w:tcPr>
          <w:p w14:paraId="590FF280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Miejsce realizacji zadania</w:t>
            </w:r>
          </w:p>
        </w:tc>
        <w:tc>
          <w:tcPr>
            <w:tcW w:w="6577" w:type="dxa"/>
          </w:tcPr>
          <w:p w14:paraId="53D7005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Gmina Strzelce Opolskie, w tym lokal przy ul. Krakowskiej 18, 47-100 Strzelce Opolskie</w:t>
            </w:r>
          </w:p>
        </w:tc>
      </w:tr>
      <w:tr w:rsidR="006A090A" w:rsidRPr="00541F17" w14:paraId="042E7ABB" w14:textId="77777777" w:rsidTr="00691365">
        <w:trPr>
          <w:cantSplit/>
          <w:jc w:val="center"/>
        </w:trPr>
        <w:tc>
          <w:tcPr>
            <w:tcW w:w="3572" w:type="dxa"/>
            <w:shd w:val="clear" w:color="auto" w:fill="EDEDED"/>
          </w:tcPr>
          <w:p w14:paraId="69DB67BC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Dni i godziny dostępności Klubu</w:t>
            </w:r>
          </w:p>
        </w:tc>
        <w:tc>
          <w:tcPr>
            <w:tcW w:w="6577" w:type="dxa"/>
          </w:tcPr>
          <w:p w14:paraId="2127853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Należy uwzględnić dostępność co najmniej 4 razy w tygodniu w godzinach 16:00–20:00.</w:t>
            </w:r>
            <w:r w:rsidRPr="00541F17">
              <w:rPr>
                <w:lang w:val="pl-PL"/>
              </w:rPr>
              <w:br/>
            </w:r>
            <w:r w:rsidRPr="00541F17">
              <w:rPr>
                <w:lang w:val="pl-PL"/>
              </w:rPr>
              <w:br/>
              <w:t>........................................................................................................</w:t>
            </w:r>
          </w:p>
        </w:tc>
      </w:tr>
    </w:tbl>
    <w:p w14:paraId="0627130E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4. Harmonogram działań w zakresie realizacji zadania</w:t>
      </w:r>
    </w:p>
    <w:p w14:paraId="2412BFA1" w14:textId="77777777" w:rsidR="006A090A" w:rsidRPr="00541F17" w:rsidRDefault="00556B10">
      <w:pPr>
        <w:spacing w:after="60"/>
        <w:rPr>
          <w:lang w:val="pl-PL"/>
        </w:rPr>
      </w:pPr>
      <w:r w:rsidRPr="00541F17">
        <w:rPr>
          <w:i/>
          <w:sz w:val="17"/>
          <w:lang w:val="pl-PL"/>
        </w:rPr>
        <w:t>W harmonogramie należy ująć wszystkie działania zaplanowane w pkt 2 oraz zachować zgodność z kosztorysem.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2041"/>
        <w:gridCol w:w="2551"/>
        <w:gridCol w:w="1984"/>
        <w:gridCol w:w="1332"/>
        <w:gridCol w:w="1587"/>
      </w:tblGrid>
      <w:tr w:rsidR="006A090A" w:rsidRPr="00541F17" w14:paraId="0B8F7B4E" w14:textId="77777777" w:rsidTr="00691365">
        <w:trPr>
          <w:cantSplit/>
          <w:tblHeader/>
          <w:jc w:val="center"/>
        </w:trPr>
        <w:tc>
          <w:tcPr>
            <w:tcW w:w="967" w:type="dxa"/>
            <w:shd w:val="clear" w:color="auto" w:fill="D9E2F3"/>
            <w:vAlign w:val="center"/>
          </w:tcPr>
          <w:p w14:paraId="7E4E382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Nr działania</w:t>
            </w:r>
          </w:p>
        </w:tc>
        <w:tc>
          <w:tcPr>
            <w:tcW w:w="2041" w:type="dxa"/>
            <w:shd w:val="clear" w:color="auto" w:fill="D9E2F3"/>
            <w:vAlign w:val="center"/>
          </w:tcPr>
          <w:p w14:paraId="19CD715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Nazwa działania</w:t>
            </w:r>
          </w:p>
        </w:tc>
        <w:tc>
          <w:tcPr>
            <w:tcW w:w="2551" w:type="dxa"/>
            <w:shd w:val="clear" w:color="auto" w:fill="D9E2F3"/>
            <w:vAlign w:val="center"/>
          </w:tcPr>
          <w:p w14:paraId="7981AE3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Opis / grupa odbiorców</w:t>
            </w:r>
          </w:p>
        </w:tc>
        <w:tc>
          <w:tcPr>
            <w:tcW w:w="1984" w:type="dxa"/>
            <w:shd w:val="clear" w:color="auto" w:fill="D9E2F3"/>
            <w:vAlign w:val="center"/>
          </w:tcPr>
          <w:p w14:paraId="7F05096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Planowany termin i częstotliwość</w:t>
            </w:r>
          </w:p>
        </w:tc>
        <w:tc>
          <w:tcPr>
            <w:tcW w:w="1332" w:type="dxa"/>
            <w:shd w:val="clear" w:color="auto" w:fill="D9E2F3"/>
            <w:vAlign w:val="center"/>
          </w:tcPr>
          <w:p w14:paraId="7F46D92F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Liczba godzin / spotkań</w:t>
            </w:r>
          </w:p>
        </w:tc>
        <w:tc>
          <w:tcPr>
            <w:tcW w:w="1587" w:type="dxa"/>
            <w:shd w:val="clear" w:color="auto" w:fill="D9E2F3"/>
            <w:vAlign w:val="center"/>
          </w:tcPr>
          <w:p w14:paraId="5C06CA65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Miejsce realizacji</w:t>
            </w:r>
          </w:p>
        </w:tc>
      </w:tr>
      <w:tr w:rsidR="006A090A" w:rsidRPr="00541F17" w14:paraId="2E624909" w14:textId="77777777" w:rsidTr="00691365">
        <w:trPr>
          <w:jc w:val="center"/>
        </w:trPr>
        <w:tc>
          <w:tcPr>
            <w:tcW w:w="967" w:type="dxa"/>
          </w:tcPr>
          <w:p w14:paraId="1A7A276B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</w:t>
            </w:r>
          </w:p>
        </w:tc>
        <w:tc>
          <w:tcPr>
            <w:tcW w:w="2041" w:type="dxa"/>
          </w:tcPr>
          <w:p w14:paraId="5B4703A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4E64A21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05AC416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3C56B4F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6569FED6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6641F6D6" w14:textId="77777777" w:rsidTr="00691365">
        <w:trPr>
          <w:jc w:val="center"/>
        </w:trPr>
        <w:tc>
          <w:tcPr>
            <w:tcW w:w="967" w:type="dxa"/>
          </w:tcPr>
          <w:p w14:paraId="0B98AA53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</w:t>
            </w:r>
          </w:p>
        </w:tc>
        <w:tc>
          <w:tcPr>
            <w:tcW w:w="2041" w:type="dxa"/>
          </w:tcPr>
          <w:p w14:paraId="7ACAF3A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56F1AAF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10390EE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77FDF58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64C14A08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256911A9" w14:textId="77777777" w:rsidTr="00691365">
        <w:trPr>
          <w:jc w:val="center"/>
        </w:trPr>
        <w:tc>
          <w:tcPr>
            <w:tcW w:w="967" w:type="dxa"/>
          </w:tcPr>
          <w:p w14:paraId="0BA7591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3</w:t>
            </w:r>
          </w:p>
        </w:tc>
        <w:tc>
          <w:tcPr>
            <w:tcW w:w="2041" w:type="dxa"/>
          </w:tcPr>
          <w:p w14:paraId="2E11B00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779AF33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0E71ED7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43B079C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643D7973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70DCB707" w14:textId="77777777" w:rsidTr="00691365">
        <w:trPr>
          <w:jc w:val="center"/>
        </w:trPr>
        <w:tc>
          <w:tcPr>
            <w:tcW w:w="967" w:type="dxa"/>
          </w:tcPr>
          <w:p w14:paraId="4AD754E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4</w:t>
            </w:r>
          </w:p>
        </w:tc>
        <w:tc>
          <w:tcPr>
            <w:tcW w:w="2041" w:type="dxa"/>
          </w:tcPr>
          <w:p w14:paraId="41E16AA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7FC553B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502AA06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0E57629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496CE011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4FB514ED" w14:textId="77777777" w:rsidTr="00691365">
        <w:trPr>
          <w:jc w:val="center"/>
        </w:trPr>
        <w:tc>
          <w:tcPr>
            <w:tcW w:w="967" w:type="dxa"/>
          </w:tcPr>
          <w:p w14:paraId="5E6672F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5</w:t>
            </w:r>
          </w:p>
        </w:tc>
        <w:tc>
          <w:tcPr>
            <w:tcW w:w="2041" w:type="dxa"/>
          </w:tcPr>
          <w:p w14:paraId="1B56400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56E350D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69A225F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0C9691D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07652E7D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22A36068" w14:textId="77777777" w:rsidTr="00691365">
        <w:trPr>
          <w:jc w:val="center"/>
        </w:trPr>
        <w:tc>
          <w:tcPr>
            <w:tcW w:w="967" w:type="dxa"/>
          </w:tcPr>
          <w:p w14:paraId="70F0A5A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6</w:t>
            </w:r>
          </w:p>
        </w:tc>
        <w:tc>
          <w:tcPr>
            <w:tcW w:w="2041" w:type="dxa"/>
          </w:tcPr>
          <w:p w14:paraId="5B10FF6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362290D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671B8F6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275A241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48273184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43EAEF23" w14:textId="77777777" w:rsidTr="00691365">
        <w:trPr>
          <w:jc w:val="center"/>
        </w:trPr>
        <w:tc>
          <w:tcPr>
            <w:tcW w:w="967" w:type="dxa"/>
          </w:tcPr>
          <w:p w14:paraId="70B64C3F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7</w:t>
            </w:r>
          </w:p>
        </w:tc>
        <w:tc>
          <w:tcPr>
            <w:tcW w:w="2041" w:type="dxa"/>
          </w:tcPr>
          <w:p w14:paraId="1C97FE4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0E01D6B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7796C87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6E94D6C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5F00FCB1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7B87AD48" w14:textId="77777777" w:rsidTr="00691365">
        <w:trPr>
          <w:jc w:val="center"/>
        </w:trPr>
        <w:tc>
          <w:tcPr>
            <w:tcW w:w="967" w:type="dxa"/>
          </w:tcPr>
          <w:p w14:paraId="26E4ED9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8</w:t>
            </w:r>
          </w:p>
        </w:tc>
        <w:tc>
          <w:tcPr>
            <w:tcW w:w="2041" w:type="dxa"/>
          </w:tcPr>
          <w:p w14:paraId="377B14C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07D8806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17C33AD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37B5769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47935DF0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1A3AD534" w14:textId="77777777" w:rsidTr="00691365">
        <w:trPr>
          <w:jc w:val="center"/>
        </w:trPr>
        <w:tc>
          <w:tcPr>
            <w:tcW w:w="967" w:type="dxa"/>
          </w:tcPr>
          <w:p w14:paraId="1F0F8EFB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9</w:t>
            </w:r>
          </w:p>
        </w:tc>
        <w:tc>
          <w:tcPr>
            <w:tcW w:w="2041" w:type="dxa"/>
          </w:tcPr>
          <w:p w14:paraId="32ECF55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51" w:type="dxa"/>
          </w:tcPr>
          <w:p w14:paraId="478D19B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984" w:type="dxa"/>
          </w:tcPr>
          <w:p w14:paraId="0B207F2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32" w:type="dxa"/>
          </w:tcPr>
          <w:p w14:paraId="78BA2CA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587" w:type="dxa"/>
          </w:tcPr>
          <w:p w14:paraId="194F81FF" w14:textId="77777777" w:rsidR="006A090A" w:rsidRPr="00541F17" w:rsidRDefault="006A090A">
            <w:pPr>
              <w:rPr>
                <w:lang w:val="pl-PL"/>
              </w:rPr>
            </w:pPr>
          </w:p>
        </w:tc>
      </w:tr>
    </w:tbl>
    <w:p w14:paraId="5E11DCE4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5. Informacja o wysokości wnioskowanych środków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3061"/>
      </w:tblGrid>
      <w:tr w:rsidR="006A090A" w:rsidRPr="00541F17" w14:paraId="38ABB1BF" w14:textId="77777777">
        <w:trPr>
          <w:cantSplit/>
          <w:tblHeader/>
          <w:jc w:val="center"/>
        </w:trPr>
        <w:tc>
          <w:tcPr>
            <w:tcW w:w="7087" w:type="dxa"/>
            <w:shd w:val="clear" w:color="auto" w:fill="D9E2F3"/>
            <w:vAlign w:val="center"/>
          </w:tcPr>
          <w:p w14:paraId="6E540F1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Okres finansowania</w:t>
            </w:r>
          </w:p>
        </w:tc>
        <w:tc>
          <w:tcPr>
            <w:tcW w:w="3061" w:type="dxa"/>
            <w:shd w:val="clear" w:color="auto" w:fill="D9E2F3"/>
            <w:vAlign w:val="center"/>
          </w:tcPr>
          <w:p w14:paraId="29D3AD4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Wnioskowana kwota (zł)</w:t>
            </w:r>
          </w:p>
        </w:tc>
      </w:tr>
      <w:tr w:rsidR="006A090A" w:rsidRPr="00541F17" w14:paraId="77377353" w14:textId="77777777">
        <w:trPr>
          <w:jc w:val="center"/>
        </w:trPr>
        <w:tc>
          <w:tcPr>
            <w:tcW w:w="7087" w:type="dxa"/>
          </w:tcPr>
          <w:p w14:paraId="2DCEB944" w14:textId="2DA26CE9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 xml:space="preserve">od rozpoczęcia realizacji zadania do 31.12.2026 r. – maksymalnie </w:t>
            </w:r>
            <w:r w:rsidR="006458BA" w:rsidRPr="00541F17">
              <w:rPr>
                <w:lang w:val="pl-PL"/>
              </w:rPr>
              <w:t>40</w:t>
            </w:r>
            <w:r w:rsidRPr="00541F17">
              <w:rPr>
                <w:lang w:val="pl-PL"/>
              </w:rPr>
              <w:t xml:space="preserve"> 000 zł</w:t>
            </w:r>
          </w:p>
        </w:tc>
        <w:tc>
          <w:tcPr>
            <w:tcW w:w="3061" w:type="dxa"/>
          </w:tcPr>
          <w:p w14:paraId="3286C4A1" w14:textId="77777777" w:rsidR="00C338BC" w:rsidRDefault="00C338BC">
            <w:pPr>
              <w:rPr>
                <w:lang w:val="pl-PL"/>
              </w:rPr>
            </w:pPr>
          </w:p>
          <w:p w14:paraId="6EA6271D" w14:textId="2C4E9F76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....................</w:t>
            </w:r>
            <w:r w:rsidR="00F7529E">
              <w:rPr>
                <w:lang w:val="pl-PL"/>
              </w:rPr>
              <w:t>.</w:t>
            </w:r>
            <w:r w:rsidRPr="00541F17">
              <w:rPr>
                <w:lang w:val="pl-PL"/>
              </w:rPr>
              <w:t>.... zł</w:t>
            </w:r>
          </w:p>
        </w:tc>
      </w:tr>
      <w:tr w:rsidR="006A090A" w:rsidRPr="00541F17" w14:paraId="27AFB9C2" w14:textId="77777777">
        <w:trPr>
          <w:jc w:val="center"/>
        </w:trPr>
        <w:tc>
          <w:tcPr>
            <w:tcW w:w="7087" w:type="dxa"/>
          </w:tcPr>
          <w:p w14:paraId="255037A8" w14:textId="64C0479F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 xml:space="preserve">01.01.2027 r.–30.06.2027 r. – maksymalnie </w:t>
            </w:r>
            <w:r w:rsidR="006458BA" w:rsidRPr="00541F17">
              <w:rPr>
                <w:lang w:val="pl-PL"/>
              </w:rPr>
              <w:t>7</w:t>
            </w:r>
            <w:r w:rsidRPr="00541F17">
              <w:rPr>
                <w:lang w:val="pl-PL"/>
              </w:rPr>
              <w:t>5 000 zł</w:t>
            </w:r>
          </w:p>
        </w:tc>
        <w:tc>
          <w:tcPr>
            <w:tcW w:w="3061" w:type="dxa"/>
          </w:tcPr>
          <w:p w14:paraId="57B2C605" w14:textId="77777777" w:rsidR="00C338BC" w:rsidRDefault="00C338BC">
            <w:pPr>
              <w:rPr>
                <w:lang w:val="pl-PL"/>
              </w:rPr>
            </w:pPr>
          </w:p>
          <w:p w14:paraId="1173EF4B" w14:textId="4F87EAFC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....................</w:t>
            </w:r>
            <w:r w:rsidR="00F7529E">
              <w:rPr>
                <w:lang w:val="pl-PL"/>
              </w:rPr>
              <w:t>.</w:t>
            </w:r>
            <w:r w:rsidRPr="00541F17">
              <w:rPr>
                <w:lang w:val="pl-PL"/>
              </w:rPr>
              <w:t>.... zł</w:t>
            </w:r>
          </w:p>
        </w:tc>
      </w:tr>
      <w:tr w:rsidR="006A090A" w:rsidRPr="00541F17" w14:paraId="3459EB3F" w14:textId="77777777">
        <w:trPr>
          <w:jc w:val="center"/>
        </w:trPr>
        <w:tc>
          <w:tcPr>
            <w:tcW w:w="7087" w:type="dxa"/>
          </w:tcPr>
          <w:p w14:paraId="1B761315" w14:textId="75C8EC9A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 xml:space="preserve">01.07.2027 r.–31.12.2027 r. – maksymalnie </w:t>
            </w:r>
            <w:r w:rsidR="006458BA" w:rsidRPr="00541F17">
              <w:rPr>
                <w:lang w:val="pl-PL"/>
              </w:rPr>
              <w:t>7</w:t>
            </w:r>
            <w:r w:rsidRPr="00541F17">
              <w:rPr>
                <w:lang w:val="pl-PL"/>
              </w:rPr>
              <w:t>5 000 zł</w:t>
            </w:r>
          </w:p>
        </w:tc>
        <w:tc>
          <w:tcPr>
            <w:tcW w:w="3061" w:type="dxa"/>
          </w:tcPr>
          <w:p w14:paraId="05CB0489" w14:textId="77777777" w:rsidR="00C338BC" w:rsidRDefault="00C338BC">
            <w:pPr>
              <w:rPr>
                <w:lang w:val="pl-PL"/>
              </w:rPr>
            </w:pPr>
          </w:p>
          <w:p w14:paraId="1BC6CAAC" w14:textId="241EE019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.....................</w:t>
            </w:r>
            <w:r w:rsidR="00F7529E">
              <w:rPr>
                <w:lang w:val="pl-PL"/>
              </w:rPr>
              <w:t>.</w:t>
            </w:r>
            <w:r w:rsidRPr="00541F17">
              <w:rPr>
                <w:lang w:val="pl-PL"/>
              </w:rPr>
              <w:t>... zł</w:t>
            </w:r>
          </w:p>
        </w:tc>
      </w:tr>
      <w:tr w:rsidR="006A090A" w:rsidRPr="00541F17" w14:paraId="0458A0D9" w14:textId="77777777">
        <w:trPr>
          <w:jc w:val="center"/>
        </w:trPr>
        <w:tc>
          <w:tcPr>
            <w:tcW w:w="7087" w:type="dxa"/>
          </w:tcPr>
          <w:p w14:paraId="78A2A3A7" w14:textId="2955C11E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RAZEM – maksymalnie 1</w:t>
            </w:r>
            <w:r w:rsidR="006458BA" w:rsidRPr="00541F17">
              <w:rPr>
                <w:lang w:val="pl-PL"/>
              </w:rPr>
              <w:t>90</w:t>
            </w:r>
            <w:r w:rsidRPr="00541F17">
              <w:rPr>
                <w:lang w:val="pl-PL"/>
              </w:rPr>
              <w:t xml:space="preserve"> 000 zł</w:t>
            </w:r>
          </w:p>
        </w:tc>
        <w:tc>
          <w:tcPr>
            <w:tcW w:w="3061" w:type="dxa"/>
          </w:tcPr>
          <w:p w14:paraId="4D7EB85D" w14:textId="1173AAD8" w:rsidR="00C338BC" w:rsidRDefault="00C338BC">
            <w:pPr>
              <w:rPr>
                <w:lang w:val="pl-PL"/>
              </w:rPr>
            </w:pPr>
          </w:p>
          <w:p w14:paraId="126D40B8" w14:textId="6CE18E59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....................</w:t>
            </w:r>
            <w:r w:rsidR="00F7529E">
              <w:rPr>
                <w:lang w:val="pl-PL"/>
              </w:rPr>
              <w:t>..</w:t>
            </w:r>
            <w:r w:rsidRPr="00541F17">
              <w:rPr>
                <w:lang w:val="pl-PL"/>
              </w:rPr>
              <w:t>... zł</w:t>
            </w:r>
          </w:p>
        </w:tc>
      </w:tr>
    </w:tbl>
    <w:p w14:paraId="131CC436" w14:textId="77777777" w:rsidR="00F029C6" w:rsidRDefault="00F029C6">
      <w:pPr>
        <w:spacing w:before="140" w:after="80"/>
        <w:rPr>
          <w:b/>
          <w:sz w:val="22"/>
          <w:lang w:val="pl-PL"/>
        </w:rPr>
      </w:pPr>
    </w:p>
    <w:p w14:paraId="00B3FCC9" w14:textId="77777777" w:rsidR="00F029C6" w:rsidRDefault="00F029C6">
      <w:pPr>
        <w:spacing w:before="140" w:after="80"/>
        <w:rPr>
          <w:b/>
          <w:sz w:val="22"/>
          <w:lang w:val="pl-PL"/>
        </w:rPr>
      </w:pPr>
    </w:p>
    <w:p w14:paraId="17915A55" w14:textId="77777777" w:rsidR="00DE5143" w:rsidRPr="00C52175" w:rsidRDefault="00DE5143" w:rsidP="00DE5143">
      <w:pPr>
        <w:spacing w:before="60" w:after="60"/>
        <w:rPr>
          <w:rFonts w:cs="Arial"/>
          <w:sz w:val="22"/>
          <w:lang w:val="pl-PL"/>
        </w:rPr>
      </w:pPr>
      <w:r w:rsidRPr="00C52175">
        <w:rPr>
          <w:rFonts w:cs="Arial"/>
          <w:b/>
          <w:sz w:val="22"/>
          <w:lang w:val="pl-PL"/>
        </w:rPr>
        <w:lastRenderedPageBreak/>
        <w:t>6. Informacja o wcześniejszej działalności oferenta</w:t>
      </w:r>
    </w:p>
    <w:p w14:paraId="3E432308" w14:textId="77777777" w:rsidR="00DE5143" w:rsidRPr="00C52175" w:rsidRDefault="00DE5143" w:rsidP="00DE5143">
      <w:pPr>
        <w:spacing w:before="60" w:after="60"/>
        <w:rPr>
          <w:rFonts w:cs="Arial"/>
          <w:szCs w:val="18"/>
          <w:lang w:val="pl-PL"/>
        </w:rPr>
      </w:pPr>
      <w:r w:rsidRPr="00C52175">
        <w:rPr>
          <w:rFonts w:cs="Arial"/>
          <w:b/>
          <w:szCs w:val="18"/>
          <w:lang w:val="pl-PL"/>
        </w:rPr>
        <w:t>6.1. Doświadczenie oferenta w realizacji zadań o podobnym charakterze</w:t>
      </w:r>
    </w:p>
    <w:p w14:paraId="30A3AD91" w14:textId="77777777" w:rsidR="00DE5143" w:rsidRPr="00AC4C98" w:rsidRDefault="00DE5143" w:rsidP="00DE5143">
      <w:pPr>
        <w:spacing w:after="60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Należy wskazać doświadczenie oferenta w realizacji działań lub zadań o charakterze zbliżonym do zadania będącego przedmiotem konkursu.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1"/>
        <w:gridCol w:w="2835"/>
        <w:gridCol w:w="1191"/>
        <w:gridCol w:w="2721"/>
        <w:gridCol w:w="2608"/>
      </w:tblGrid>
      <w:tr w:rsidR="00DE5143" w:rsidRPr="00AC4C98" w14:paraId="1119282F" w14:textId="77777777" w:rsidTr="00857FAD">
        <w:trPr>
          <w:jc w:val="center"/>
        </w:trPr>
        <w:tc>
          <w:tcPr>
            <w:tcW w:w="521" w:type="dxa"/>
            <w:shd w:val="clear" w:color="auto" w:fill="DBE5F1" w:themeFill="accent1" w:themeFillTint="33"/>
            <w:vAlign w:val="center"/>
          </w:tcPr>
          <w:p w14:paraId="12466E58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BE5F1" w:themeFill="accent1" w:themeFillTint="33"/>
            <w:vAlign w:val="center"/>
          </w:tcPr>
          <w:p w14:paraId="3303D134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Nazwa / rodzaj realizowanego działania lub zadania</w:t>
            </w:r>
          </w:p>
        </w:tc>
        <w:tc>
          <w:tcPr>
            <w:tcW w:w="1191" w:type="dxa"/>
            <w:shd w:val="clear" w:color="auto" w:fill="DBE5F1" w:themeFill="accent1" w:themeFillTint="33"/>
            <w:vAlign w:val="center"/>
          </w:tcPr>
          <w:p w14:paraId="347D8A50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Okres realizacji</w:t>
            </w:r>
          </w:p>
        </w:tc>
        <w:tc>
          <w:tcPr>
            <w:tcW w:w="2721" w:type="dxa"/>
            <w:shd w:val="clear" w:color="auto" w:fill="DBE5F1" w:themeFill="accent1" w:themeFillTint="33"/>
            <w:vAlign w:val="center"/>
          </w:tcPr>
          <w:p w14:paraId="4F2FF168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Grupa odbiorców / zakres działań</w:t>
            </w:r>
          </w:p>
        </w:tc>
        <w:tc>
          <w:tcPr>
            <w:tcW w:w="2608" w:type="dxa"/>
            <w:shd w:val="clear" w:color="auto" w:fill="DBE5F1" w:themeFill="accent1" w:themeFillTint="33"/>
            <w:vAlign w:val="center"/>
          </w:tcPr>
          <w:p w14:paraId="7D4D1485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Źródło finansowania / podmiot zlecający - jeżeli dotyczy</w:t>
            </w:r>
          </w:p>
        </w:tc>
      </w:tr>
      <w:tr w:rsidR="00DE5143" w:rsidRPr="00AC4C98" w14:paraId="7AA4B4D2" w14:textId="77777777" w:rsidTr="00B626EE">
        <w:trPr>
          <w:trHeight w:val="241"/>
          <w:jc w:val="center"/>
        </w:trPr>
        <w:tc>
          <w:tcPr>
            <w:tcW w:w="521" w:type="dxa"/>
            <w:vAlign w:val="center"/>
          </w:tcPr>
          <w:p w14:paraId="0D273BEA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1</w:t>
            </w:r>
          </w:p>
        </w:tc>
        <w:tc>
          <w:tcPr>
            <w:tcW w:w="2835" w:type="dxa"/>
            <w:vAlign w:val="center"/>
          </w:tcPr>
          <w:p w14:paraId="35323342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61E54E1B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721" w:type="dxa"/>
            <w:vAlign w:val="center"/>
          </w:tcPr>
          <w:p w14:paraId="34F24790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608" w:type="dxa"/>
            <w:vAlign w:val="center"/>
          </w:tcPr>
          <w:p w14:paraId="4DB02C6A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1BC2C8EB" w14:textId="77777777" w:rsidTr="00B626EE">
        <w:trPr>
          <w:trHeight w:val="74"/>
          <w:jc w:val="center"/>
        </w:trPr>
        <w:tc>
          <w:tcPr>
            <w:tcW w:w="521" w:type="dxa"/>
            <w:vAlign w:val="center"/>
          </w:tcPr>
          <w:p w14:paraId="1BB9E616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2</w:t>
            </w:r>
          </w:p>
        </w:tc>
        <w:tc>
          <w:tcPr>
            <w:tcW w:w="2835" w:type="dxa"/>
            <w:vAlign w:val="center"/>
          </w:tcPr>
          <w:p w14:paraId="45BC8EF7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6DC583AD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721" w:type="dxa"/>
            <w:vAlign w:val="center"/>
          </w:tcPr>
          <w:p w14:paraId="4D597DE8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608" w:type="dxa"/>
            <w:vAlign w:val="center"/>
          </w:tcPr>
          <w:p w14:paraId="7D400312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01DB43FF" w14:textId="77777777" w:rsidTr="00B626EE">
        <w:trPr>
          <w:trHeight w:val="193"/>
          <w:jc w:val="center"/>
        </w:trPr>
        <w:tc>
          <w:tcPr>
            <w:tcW w:w="521" w:type="dxa"/>
            <w:vAlign w:val="center"/>
          </w:tcPr>
          <w:p w14:paraId="1AA2B11F" w14:textId="77777777" w:rsidR="00DE5143" w:rsidRPr="00AC4C98" w:rsidRDefault="00DE5143" w:rsidP="00ED6248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3</w:t>
            </w:r>
          </w:p>
        </w:tc>
        <w:tc>
          <w:tcPr>
            <w:tcW w:w="2835" w:type="dxa"/>
            <w:vAlign w:val="center"/>
          </w:tcPr>
          <w:p w14:paraId="6E71AC41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19EA2A15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721" w:type="dxa"/>
            <w:vAlign w:val="center"/>
          </w:tcPr>
          <w:p w14:paraId="475D33D5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608" w:type="dxa"/>
            <w:vAlign w:val="center"/>
          </w:tcPr>
          <w:p w14:paraId="5D9A41CD" w14:textId="77777777" w:rsidR="00DE5143" w:rsidRPr="00AC4C98" w:rsidRDefault="00DE5143" w:rsidP="00ED6248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</w:tbl>
    <w:p w14:paraId="311606E8" w14:textId="77777777" w:rsidR="005844D0" w:rsidRDefault="005844D0" w:rsidP="00DE5143">
      <w:pPr>
        <w:spacing w:before="60" w:after="60"/>
        <w:rPr>
          <w:rFonts w:cs="Arial"/>
          <w:b/>
          <w:szCs w:val="18"/>
          <w:lang w:val="pl-PL"/>
        </w:rPr>
      </w:pPr>
    </w:p>
    <w:p w14:paraId="53CC3E0A" w14:textId="1527C0A4" w:rsidR="00DE5143" w:rsidRPr="00C52175" w:rsidRDefault="00DE5143" w:rsidP="00DE5143">
      <w:pPr>
        <w:spacing w:before="60" w:after="60"/>
        <w:rPr>
          <w:rFonts w:cs="Arial"/>
          <w:szCs w:val="18"/>
          <w:lang w:val="pl-PL"/>
        </w:rPr>
      </w:pPr>
      <w:r w:rsidRPr="00C52175">
        <w:rPr>
          <w:rFonts w:cs="Arial"/>
          <w:b/>
          <w:szCs w:val="18"/>
          <w:lang w:val="pl-PL"/>
        </w:rPr>
        <w:t>6.2. Realizacja zadań publicznych finansowanych ze środków publicznych w latach poprzednich</w:t>
      </w:r>
    </w:p>
    <w:p w14:paraId="5D74EC83" w14:textId="77777777" w:rsidR="00DE5143" w:rsidRPr="00AC4C98" w:rsidRDefault="00DE5143" w:rsidP="00267FF3">
      <w:pPr>
        <w:spacing w:after="60"/>
        <w:jc w:val="both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Należy wskazać zadania publiczne finansowane ze środków publicznych realizowane przez oferenta w latach poprzednich, jeżeli takie zadania były realizowane, wraz z informacjami pozwalającymi na ocenę rzetelności i terminowości ich realizacji oraz prawidłowości i terminowości rozliczenia środków.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7"/>
        <w:gridCol w:w="2268"/>
        <w:gridCol w:w="1077"/>
        <w:gridCol w:w="1191"/>
        <w:gridCol w:w="2381"/>
        <w:gridCol w:w="2438"/>
      </w:tblGrid>
      <w:tr w:rsidR="00DE5143" w:rsidRPr="00AC4C98" w14:paraId="5189B151" w14:textId="77777777" w:rsidTr="00857FAD">
        <w:trPr>
          <w:trHeight w:val="113"/>
          <w:jc w:val="center"/>
        </w:trPr>
        <w:tc>
          <w:tcPr>
            <w:tcW w:w="487" w:type="dxa"/>
            <w:shd w:val="clear" w:color="auto" w:fill="DBE5F1" w:themeFill="accent1" w:themeFillTint="33"/>
            <w:vAlign w:val="center"/>
          </w:tcPr>
          <w:p w14:paraId="69A23720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Lp.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0F29C927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Nazwa zadania publicznego i podmiot finansujący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14:paraId="5116A0AD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Rok / okres realizacji</w:t>
            </w:r>
          </w:p>
        </w:tc>
        <w:tc>
          <w:tcPr>
            <w:tcW w:w="1191" w:type="dxa"/>
            <w:shd w:val="clear" w:color="auto" w:fill="DBE5F1" w:themeFill="accent1" w:themeFillTint="33"/>
            <w:vAlign w:val="center"/>
          </w:tcPr>
          <w:p w14:paraId="6C1EFFEF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Kwota środków publicznych</w:t>
            </w:r>
          </w:p>
        </w:tc>
        <w:tc>
          <w:tcPr>
            <w:tcW w:w="2381" w:type="dxa"/>
            <w:shd w:val="clear" w:color="auto" w:fill="DBE5F1" w:themeFill="accent1" w:themeFillTint="33"/>
            <w:vAlign w:val="center"/>
          </w:tcPr>
          <w:p w14:paraId="7C4D7406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Rzetelność i terminowość realizacji</w:t>
            </w:r>
          </w:p>
        </w:tc>
        <w:tc>
          <w:tcPr>
            <w:tcW w:w="2438" w:type="dxa"/>
            <w:shd w:val="clear" w:color="auto" w:fill="DBE5F1" w:themeFill="accent1" w:themeFillTint="33"/>
            <w:vAlign w:val="center"/>
          </w:tcPr>
          <w:p w14:paraId="4269024A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Prawidłowość i terminowość rozliczenia środków</w:t>
            </w:r>
          </w:p>
        </w:tc>
      </w:tr>
      <w:tr w:rsidR="00DE5143" w:rsidRPr="00AC4C98" w14:paraId="3F1420B5" w14:textId="77777777" w:rsidTr="00B626EE">
        <w:trPr>
          <w:trHeight w:val="113"/>
          <w:jc w:val="center"/>
        </w:trPr>
        <w:tc>
          <w:tcPr>
            <w:tcW w:w="487" w:type="dxa"/>
            <w:vAlign w:val="center"/>
          </w:tcPr>
          <w:p w14:paraId="2A644180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1</w:t>
            </w:r>
          </w:p>
        </w:tc>
        <w:tc>
          <w:tcPr>
            <w:tcW w:w="2268" w:type="dxa"/>
            <w:vAlign w:val="center"/>
          </w:tcPr>
          <w:p w14:paraId="63319381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077" w:type="dxa"/>
            <w:vAlign w:val="center"/>
          </w:tcPr>
          <w:p w14:paraId="7FF4AB0E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68532734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381" w:type="dxa"/>
            <w:vAlign w:val="center"/>
          </w:tcPr>
          <w:p w14:paraId="5913DE1D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438" w:type="dxa"/>
            <w:vAlign w:val="center"/>
          </w:tcPr>
          <w:p w14:paraId="6A3CF1C6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25C85484" w14:textId="77777777" w:rsidTr="00B626EE">
        <w:trPr>
          <w:trHeight w:val="113"/>
          <w:jc w:val="center"/>
        </w:trPr>
        <w:tc>
          <w:tcPr>
            <w:tcW w:w="487" w:type="dxa"/>
            <w:vAlign w:val="center"/>
          </w:tcPr>
          <w:p w14:paraId="02378930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2</w:t>
            </w:r>
          </w:p>
        </w:tc>
        <w:tc>
          <w:tcPr>
            <w:tcW w:w="2268" w:type="dxa"/>
            <w:vAlign w:val="center"/>
          </w:tcPr>
          <w:p w14:paraId="2796AA37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077" w:type="dxa"/>
            <w:vAlign w:val="center"/>
          </w:tcPr>
          <w:p w14:paraId="5A0CC72A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3741762B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381" w:type="dxa"/>
            <w:vAlign w:val="center"/>
          </w:tcPr>
          <w:p w14:paraId="655F1647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438" w:type="dxa"/>
            <w:vAlign w:val="center"/>
          </w:tcPr>
          <w:p w14:paraId="0BE686A6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78F92996" w14:textId="77777777" w:rsidTr="00B626EE">
        <w:trPr>
          <w:trHeight w:val="113"/>
          <w:jc w:val="center"/>
        </w:trPr>
        <w:tc>
          <w:tcPr>
            <w:tcW w:w="487" w:type="dxa"/>
            <w:vAlign w:val="center"/>
          </w:tcPr>
          <w:p w14:paraId="115F0700" w14:textId="77777777" w:rsidR="00DE5143" w:rsidRPr="00AC4C98" w:rsidRDefault="00DE5143" w:rsidP="00B8441A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3</w:t>
            </w:r>
          </w:p>
        </w:tc>
        <w:tc>
          <w:tcPr>
            <w:tcW w:w="2268" w:type="dxa"/>
            <w:vAlign w:val="center"/>
          </w:tcPr>
          <w:p w14:paraId="059C4393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077" w:type="dxa"/>
            <w:vAlign w:val="center"/>
          </w:tcPr>
          <w:p w14:paraId="56D91732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615BCD3A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381" w:type="dxa"/>
            <w:vAlign w:val="center"/>
          </w:tcPr>
          <w:p w14:paraId="19DD11C6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2438" w:type="dxa"/>
            <w:vAlign w:val="center"/>
          </w:tcPr>
          <w:p w14:paraId="50FF9B64" w14:textId="77777777" w:rsidR="00DE5143" w:rsidRPr="00AC4C98" w:rsidRDefault="00DE5143" w:rsidP="00B8441A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</w:tbl>
    <w:p w14:paraId="09BD4CAB" w14:textId="77777777" w:rsidR="00DE5143" w:rsidRPr="00AC4C98" w:rsidRDefault="00DE5143" w:rsidP="00DE5143">
      <w:pPr>
        <w:spacing w:before="40" w:after="60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Jeżeli oferent nie realizował takich zadań, należy wpisać „nie dotyczy”.</w:t>
      </w:r>
    </w:p>
    <w:p w14:paraId="3E32E243" w14:textId="77777777" w:rsidR="00DE5143" w:rsidRPr="00C52175" w:rsidRDefault="00DE5143" w:rsidP="00DE5143">
      <w:pPr>
        <w:spacing w:before="60" w:after="60"/>
        <w:rPr>
          <w:rFonts w:cs="Arial"/>
          <w:sz w:val="22"/>
          <w:lang w:val="pl-PL"/>
        </w:rPr>
      </w:pPr>
      <w:r w:rsidRPr="00C52175">
        <w:rPr>
          <w:rFonts w:cs="Arial"/>
          <w:b/>
          <w:sz w:val="22"/>
          <w:lang w:val="pl-PL"/>
        </w:rPr>
        <w:t>7. Zasoby i kadra przewidziana do realizacji zadania</w:t>
      </w:r>
    </w:p>
    <w:p w14:paraId="411EE946" w14:textId="77777777" w:rsidR="00DE5143" w:rsidRPr="000C4F08" w:rsidRDefault="00DE5143" w:rsidP="00DE5143">
      <w:pPr>
        <w:spacing w:before="60" w:after="60"/>
        <w:rPr>
          <w:rFonts w:cs="Arial"/>
          <w:szCs w:val="18"/>
          <w:lang w:val="pl-PL"/>
        </w:rPr>
      </w:pPr>
      <w:r w:rsidRPr="000C4F08">
        <w:rPr>
          <w:rFonts w:cs="Arial"/>
          <w:b/>
          <w:szCs w:val="18"/>
          <w:lang w:val="pl-PL"/>
        </w:rPr>
        <w:t>7.1. Zasoby oferenta</w:t>
      </w:r>
    </w:p>
    <w:p w14:paraId="59E80077" w14:textId="77777777" w:rsidR="00DE5143" w:rsidRPr="00AC4C98" w:rsidRDefault="00DE5143" w:rsidP="00DE5143">
      <w:pPr>
        <w:spacing w:after="60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Należy wskazać zasoby pozostające w dyspozycji oferenta, które będą wykorzystywane lub mogą wspierać prawidłową realizację zadania.</w:t>
      </w:r>
    </w:p>
    <w:tbl>
      <w:tblPr>
        <w:tblStyle w:val="Tabela-Siatka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4678"/>
        <w:gridCol w:w="5244"/>
      </w:tblGrid>
      <w:tr w:rsidR="00DE5143" w:rsidRPr="00AC4C98" w14:paraId="365B9C4E" w14:textId="77777777" w:rsidTr="00857FAD">
        <w:trPr>
          <w:trHeight w:val="113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3466AD7F" w14:textId="77777777" w:rsidR="00DE5143" w:rsidRPr="00AC4C98" w:rsidRDefault="00DE5143" w:rsidP="00C977C5">
            <w:pPr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Rodzaj zasobów</w:t>
            </w:r>
          </w:p>
        </w:tc>
        <w:tc>
          <w:tcPr>
            <w:tcW w:w="5244" w:type="dxa"/>
            <w:shd w:val="clear" w:color="auto" w:fill="DBE5F1" w:themeFill="accent1" w:themeFillTint="33"/>
            <w:vAlign w:val="center"/>
          </w:tcPr>
          <w:p w14:paraId="621AB9ED" w14:textId="77777777" w:rsidR="00DE5143" w:rsidRPr="00AC4C98" w:rsidRDefault="00DE5143" w:rsidP="00C977C5">
            <w:pPr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Opis</w:t>
            </w:r>
          </w:p>
        </w:tc>
      </w:tr>
      <w:tr w:rsidR="00DE5143" w:rsidRPr="00AC4C98" w14:paraId="68D5C3C8" w14:textId="77777777" w:rsidTr="00AF78BD">
        <w:trPr>
          <w:trHeight w:val="113"/>
        </w:trPr>
        <w:tc>
          <w:tcPr>
            <w:tcW w:w="4678" w:type="dxa"/>
            <w:vAlign w:val="center"/>
          </w:tcPr>
          <w:p w14:paraId="738822B1" w14:textId="77777777" w:rsidR="00DE5143" w:rsidRPr="00AC4C98" w:rsidRDefault="00DE5143" w:rsidP="00C977C5">
            <w:pPr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Zasoby rzeczowe i techniczne, które oferent zamierza wykorzystać przy realizacji zadania - jeżeli dotyczy</w:t>
            </w:r>
          </w:p>
        </w:tc>
        <w:tc>
          <w:tcPr>
            <w:tcW w:w="5244" w:type="dxa"/>
            <w:vAlign w:val="center"/>
          </w:tcPr>
          <w:p w14:paraId="48A7CFA5" w14:textId="77777777" w:rsidR="00DE5143" w:rsidRPr="00AC4C98" w:rsidRDefault="00DE5143" w:rsidP="00C977C5">
            <w:pPr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1891D579" w14:textId="77777777" w:rsidTr="00AF78BD">
        <w:trPr>
          <w:trHeight w:val="113"/>
        </w:trPr>
        <w:tc>
          <w:tcPr>
            <w:tcW w:w="4678" w:type="dxa"/>
            <w:vAlign w:val="center"/>
          </w:tcPr>
          <w:p w14:paraId="6BC4BD80" w14:textId="77777777" w:rsidR="00DE5143" w:rsidRPr="00AC4C98" w:rsidRDefault="00DE5143" w:rsidP="00C977C5">
            <w:pPr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Zasoby i możliwości organizacyjne oferenta istotne dla prawidłowej realizacji zadania</w:t>
            </w:r>
          </w:p>
        </w:tc>
        <w:tc>
          <w:tcPr>
            <w:tcW w:w="5244" w:type="dxa"/>
            <w:vAlign w:val="center"/>
          </w:tcPr>
          <w:p w14:paraId="75A6BC47" w14:textId="77777777" w:rsidR="00DE5143" w:rsidRPr="00AC4C98" w:rsidRDefault="00DE5143" w:rsidP="00C977C5">
            <w:pPr>
              <w:rPr>
                <w:rFonts w:cs="Arial"/>
                <w:szCs w:val="18"/>
                <w:lang w:val="pl-PL"/>
              </w:rPr>
            </w:pPr>
          </w:p>
        </w:tc>
      </w:tr>
    </w:tbl>
    <w:p w14:paraId="6700864E" w14:textId="77777777" w:rsidR="000C4F08" w:rsidRDefault="000C4F08" w:rsidP="00DE5143">
      <w:pPr>
        <w:spacing w:before="60" w:after="60"/>
        <w:rPr>
          <w:rFonts w:cs="Arial"/>
          <w:b/>
          <w:szCs w:val="18"/>
          <w:lang w:val="pl-PL"/>
        </w:rPr>
      </w:pPr>
    </w:p>
    <w:p w14:paraId="2DB7492B" w14:textId="2A826244" w:rsidR="00DE5143" w:rsidRPr="000C4F08" w:rsidRDefault="00DE5143" w:rsidP="00DE5143">
      <w:pPr>
        <w:spacing w:before="60" w:after="60"/>
        <w:rPr>
          <w:rFonts w:cs="Arial"/>
          <w:szCs w:val="18"/>
          <w:lang w:val="pl-PL"/>
        </w:rPr>
      </w:pPr>
      <w:r w:rsidRPr="000C4F08">
        <w:rPr>
          <w:rFonts w:cs="Arial"/>
          <w:b/>
          <w:szCs w:val="18"/>
          <w:lang w:val="pl-PL"/>
        </w:rPr>
        <w:t>7.2. Kadra przewidziana do realizacji zadania</w:t>
      </w:r>
    </w:p>
    <w:p w14:paraId="6B7EB1AA" w14:textId="77777777" w:rsidR="00DE5143" w:rsidRPr="00AC4C98" w:rsidRDefault="00DE5143" w:rsidP="00DE5143">
      <w:pPr>
        <w:spacing w:after="60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Należy wskazać osoby przewidziane do realizacji zadania, ich kwalifikacje, dokumenty potwierdzające kwalifikacje oraz zakres powierzonych obowiązków lub działań.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0"/>
        <w:gridCol w:w="1417"/>
        <w:gridCol w:w="1191"/>
        <w:gridCol w:w="1757"/>
        <w:gridCol w:w="1701"/>
        <w:gridCol w:w="1531"/>
        <w:gridCol w:w="1757"/>
      </w:tblGrid>
      <w:tr w:rsidR="00DE5143" w:rsidRPr="00AC4C98" w14:paraId="720B82DC" w14:textId="77777777" w:rsidTr="00857FAD">
        <w:trPr>
          <w:trHeight w:val="113"/>
          <w:jc w:val="center"/>
        </w:trPr>
        <w:tc>
          <w:tcPr>
            <w:tcW w:w="430" w:type="dxa"/>
            <w:shd w:val="clear" w:color="auto" w:fill="DBE5F1" w:themeFill="accent1" w:themeFillTint="33"/>
            <w:vAlign w:val="center"/>
          </w:tcPr>
          <w:p w14:paraId="7672A5B0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Lp.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74B5689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Imię i nazwisko</w:t>
            </w:r>
          </w:p>
        </w:tc>
        <w:tc>
          <w:tcPr>
            <w:tcW w:w="1191" w:type="dxa"/>
            <w:shd w:val="clear" w:color="auto" w:fill="DBE5F1" w:themeFill="accent1" w:themeFillTint="33"/>
            <w:vAlign w:val="center"/>
          </w:tcPr>
          <w:p w14:paraId="10439A84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Funkcja / rola</w:t>
            </w:r>
          </w:p>
        </w:tc>
        <w:tc>
          <w:tcPr>
            <w:tcW w:w="1757" w:type="dxa"/>
            <w:shd w:val="clear" w:color="auto" w:fill="DBE5F1" w:themeFill="accent1" w:themeFillTint="33"/>
            <w:vAlign w:val="center"/>
          </w:tcPr>
          <w:p w14:paraId="0C8B7E24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Wykształcenie i kwalifikacje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5E72E9CB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Dokument potwierdzający kwalifikacje</w:t>
            </w:r>
          </w:p>
        </w:tc>
        <w:tc>
          <w:tcPr>
            <w:tcW w:w="1531" w:type="dxa"/>
            <w:shd w:val="clear" w:color="auto" w:fill="DBE5F1" w:themeFill="accent1" w:themeFillTint="33"/>
            <w:vAlign w:val="center"/>
          </w:tcPr>
          <w:p w14:paraId="797FEBDB" w14:textId="08964381" w:rsidR="00DE5143" w:rsidRPr="00AC4C98" w:rsidRDefault="00D906EE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>
              <w:rPr>
                <w:rFonts w:cs="Arial"/>
                <w:szCs w:val="18"/>
                <w:lang w:val="pl-PL"/>
              </w:rPr>
              <w:t>Ogólne d</w:t>
            </w:r>
            <w:r w:rsidR="00DE5143" w:rsidRPr="00AC4C98">
              <w:rPr>
                <w:rFonts w:cs="Arial"/>
                <w:szCs w:val="18"/>
                <w:lang w:val="pl-PL"/>
              </w:rPr>
              <w:t>oświadczenie</w:t>
            </w:r>
            <w:r>
              <w:rPr>
                <w:rFonts w:cs="Arial"/>
                <w:szCs w:val="18"/>
                <w:lang w:val="pl-PL"/>
              </w:rPr>
              <w:t xml:space="preserve"> zawodowe</w:t>
            </w:r>
          </w:p>
        </w:tc>
        <w:tc>
          <w:tcPr>
            <w:tcW w:w="1757" w:type="dxa"/>
            <w:shd w:val="clear" w:color="auto" w:fill="DBE5F1" w:themeFill="accent1" w:themeFillTint="33"/>
            <w:vAlign w:val="center"/>
          </w:tcPr>
          <w:p w14:paraId="3B882BF7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Zakres obowiązków / działań</w:t>
            </w:r>
          </w:p>
        </w:tc>
      </w:tr>
      <w:tr w:rsidR="00DE5143" w:rsidRPr="00AC4C98" w14:paraId="49C63392" w14:textId="77777777" w:rsidTr="00857FAD">
        <w:trPr>
          <w:trHeight w:val="113"/>
          <w:jc w:val="center"/>
        </w:trPr>
        <w:tc>
          <w:tcPr>
            <w:tcW w:w="430" w:type="dxa"/>
            <w:vAlign w:val="center"/>
          </w:tcPr>
          <w:p w14:paraId="3EA833D9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1</w:t>
            </w:r>
          </w:p>
        </w:tc>
        <w:tc>
          <w:tcPr>
            <w:tcW w:w="1417" w:type="dxa"/>
            <w:vAlign w:val="center"/>
          </w:tcPr>
          <w:p w14:paraId="55D9E479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231ECB3A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6F673EAB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66DC14B7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531" w:type="dxa"/>
            <w:vAlign w:val="center"/>
          </w:tcPr>
          <w:p w14:paraId="24138E38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1D43B6BD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77529F86" w14:textId="77777777" w:rsidTr="00857FAD">
        <w:trPr>
          <w:trHeight w:val="113"/>
          <w:jc w:val="center"/>
        </w:trPr>
        <w:tc>
          <w:tcPr>
            <w:tcW w:w="430" w:type="dxa"/>
            <w:vAlign w:val="center"/>
          </w:tcPr>
          <w:p w14:paraId="53B549BF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2</w:t>
            </w:r>
          </w:p>
        </w:tc>
        <w:tc>
          <w:tcPr>
            <w:tcW w:w="1417" w:type="dxa"/>
            <w:vAlign w:val="center"/>
          </w:tcPr>
          <w:p w14:paraId="6CDAF8D4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2788D20E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46EF326F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616EB3E0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531" w:type="dxa"/>
            <w:vAlign w:val="center"/>
          </w:tcPr>
          <w:p w14:paraId="6EF77343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260DB7D8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7E2BB6C9" w14:textId="77777777" w:rsidTr="00857FAD">
        <w:trPr>
          <w:trHeight w:val="113"/>
          <w:jc w:val="center"/>
        </w:trPr>
        <w:tc>
          <w:tcPr>
            <w:tcW w:w="430" w:type="dxa"/>
            <w:vAlign w:val="center"/>
          </w:tcPr>
          <w:p w14:paraId="37BED184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3</w:t>
            </w:r>
          </w:p>
        </w:tc>
        <w:tc>
          <w:tcPr>
            <w:tcW w:w="1417" w:type="dxa"/>
            <w:vAlign w:val="center"/>
          </w:tcPr>
          <w:p w14:paraId="2E7875EB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5E507E5A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510C358F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5C6F9A3F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531" w:type="dxa"/>
            <w:vAlign w:val="center"/>
          </w:tcPr>
          <w:p w14:paraId="407D40EC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20307601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09536B67" w14:textId="77777777" w:rsidTr="00857FAD">
        <w:trPr>
          <w:trHeight w:val="113"/>
          <w:jc w:val="center"/>
        </w:trPr>
        <w:tc>
          <w:tcPr>
            <w:tcW w:w="430" w:type="dxa"/>
            <w:vAlign w:val="center"/>
          </w:tcPr>
          <w:p w14:paraId="6E104696" w14:textId="77777777" w:rsidR="00DE5143" w:rsidRPr="00AC4C98" w:rsidRDefault="00DE5143" w:rsidP="00E25A72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4</w:t>
            </w:r>
          </w:p>
        </w:tc>
        <w:tc>
          <w:tcPr>
            <w:tcW w:w="1417" w:type="dxa"/>
            <w:vAlign w:val="center"/>
          </w:tcPr>
          <w:p w14:paraId="0170D538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191" w:type="dxa"/>
            <w:vAlign w:val="center"/>
          </w:tcPr>
          <w:p w14:paraId="60B06809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6A93FEEE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4AA7D7B6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531" w:type="dxa"/>
            <w:vAlign w:val="center"/>
          </w:tcPr>
          <w:p w14:paraId="240B467F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757" w:type="dxa"/>
            <w:vAlign w:val="center"/>
          </w:tcPr>
          <w:p w14:paraId="5F9C46C2" w14:textId="77777777" w:rsidR="00DE5143" w:rsidRPr="00AC4C98" w:rsidRDefault="00DE5143" w:rsidP="00E25A72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</w:tbl>
    <w:p w14:paraId="604C099C" w14:textId="77777777" w:rsidR="00DE5143" w:rsidRPr="00AC4C98" w:rsidRDefault="00DE5143" w:rsidP="00DE5143">
      <w:pPr>
        <w:spacing w:before="40" w:after="60"/>
        <w:rPr>
          <w:rFonts w:cs="Arial"/>
          <w:i/>
          <w:iCs/>
          <w:szCs w:val="18"/>
          <w:lang w:val="pl-PL"/>
        </w:rPr>
      </w:pPr>
      <w:r w:rsidRPr="00AC4C98">
        <w:rPr>
          <w:rFonts w:cs="Arial"/>
          <w:i/>
          <w:iCs/>
          <w:szCs w:val="18"/>
          <w:lang w:val="pl-PL"/>
        </w:rPr>
        <w:t>Minimalny skład kadry wymagany Ogłoszeniem: co najmniej 1 specjalista psychoterapii uzależnień oraz co najmniej 1 terapeuta zajęciowy lub terapeuta środowiskowy.</w:t>
      </w:r>
    </w:p>
    <w:p w14:paraId="5989762A" w14:textId="77777777" w:rsidR="000C4F08" w:rsidRDefault="000C4F08" w:rsidP="00DE5143">
      <w:pPr>
        <w:spacing w:before="60" w:after="60"/>
        <w:rPr>
          <w:rFonts w:cs="Arial"/>
          <w:b/>
          <w:szCs w:val="18"/>
          <w:lang w:val="pl-PL"/>
        </w:rPr>
      </w:pPr>
    </w:p>
    <w:p w14:paraId="6019928B" w14:textId="1A2D5E5B" w:rsidR="00DE5143" w:rsidRPr="00AC4C98" w:rsidRDefault="00DE5143" w:rsidP="00DE5143">
      <w:pPr>
        <w:spacing w:before="60" w:after="60"/>
        <w:rPr>
          <w:rFonts w:cs="Arial"/>
          <w:szCs w:val="18"/>
          <w:lang w:val="pl-PL"/>
        </w:rPr>
      </w:pPr>
      <w:r w:rsidRPr="00AC4C98">
        <w:rPr>
          <w:rFonts w:cs="Arial"/>
          <w:b/>
          <w:szCs w:val="18"/>
          <w:lang w:val="pl-PL"/>
        </w:rPr>
        <w:t>7.3. Doświadczenie zawodowe kadry przewidzianej do realizacji zadania</w:t>
      </w:r>
    </w:p>
    <w:p w14:paraId="5017B56A" w14:textId="14A2ABE9" w:rsidR="00DE5143" w:rsidRPr="00AC4C98" w:rsidRDefault="00DE5143" w:rsidP="00267FF3">
      <w:pPr>
        <w:spacing w:after="60"/>
        <w:jc w:val="both"/>
        <w:rPr>
          <w:rFonts w:cs="Arial"/>
          <w:szCs w:val="18"/>
          <w:lang w:val="pl-PL"/>
        </w:rPr>
      </w:pPr>
      <w:r w:rsidRPr="00AC4C98">
        <w:rPr>
          <w:rFonts w:cs="Arial"/>
          <w:i/>
          <w:szCs w:val="18"/>
          <w:lang w:val="pl-PL"/>
        </w:rPr>
        <w:t>Dla każdej osoby przewidzianej do realizacji zadania należy wskazać doświadczenie zawodowe istotne dla realizacji zadania, w</w:t>
      </w:r>
      <w:r w:rsidR="00267FF3">
        <w:rPr>
          <w:rFonts w:cs="Arial"/>
          <w:i/>
          <w:szCs w:val="18"/>
          <w:lang w:val="pl-PL"/>
        </w:rPr>
        <w:t> </w:t>
      </w:r>
      <w:r w:rsidRPr="00AC4C98">
        <w:rPr>
          <w:rFonts w:cs="Arial"/>
          <w:i/>
          <w:szCs w:val="18"/>
          <w:lang w:val="pl-PL"/>
        </w:rPr>
        <w:t>szczególności doświadczenie w pracy z osobami uzależnionymi, współuzależnionymi oraz w prowadzeniu działań odpowiadających zakresowi zadania.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2041"/>
        <w:gridCol w:w="5329"/>
        <w:gridCol w:w="1899"/>
      </w:tblGrid>
      <w:tr w:rsidR="00DE5143" w:rsidRPr="00AC4C98" w14:paraId="07909346" w14:textId="77777777" w:rsidTr="00857FAD">
        <w:trPr>
          <w:trHeight w:val="113"/>
          <w:jc w:val="center"/>
        </w:trPr>
        <w:tc>
          <w:tcPr>
            <w:tcW w:w="516" w:type="dxa"/>
            <w:shd w:val="clear" w:color="auto" w:fill="DBE5F1" w:themeFill="accent1" w:themeFillTint="33"/>
            <w:vAlign w:val="center"/>
          </w:tcPr>
          <w:p w14:paraId="389771F5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Lp.</w:t>
            </w:r>
          </w:p>
        </w:tc>
        <w:tc>
          <w:tcPr>
            <w:tcW w:w="2041" w:type="dxa"/>
            <w:shd w:val="clear" w:color="auto" w:fill="DBE5F1" w:themeFill="accent1" w:themeFillTint="33"/>
            <w:vAlign w:val="center"/>
          </w:tcPr>
          <w:p w14:paraId="24FBA4AA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Imię i nazwisko</w:t>
            </w:r>
          </w:p>
        </w:tc>
        <w:tc>
          <w:tcPr>
            <w:tcW w:w="5329" w:type="dxa"/>
            <w:shd w:val="clear" w:color="auto" w:fill="DBE5F1" w:themeFill="accent1" w:themeFillTint="33"/>
            <w:vAlign w:val="center"/>
          </w:tcPr>
          <w:p w14:paraId="64E8CD5F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Doświadczenie zawodowe istotne dla realizacji zadania</w:t>
            </w:r>
          </w:p>
        </w:tc>
        <w:tc>
          <w:tcPr>
            <w:tcW w:w="1899" w:type="dxa"/>
            <w:shd w:val="clear" w:color="auto" w:fill="DBE5F1" w:themeFill="accent1" w:themeFillTint="33"/>
            <w:vAlign w:val="center"/>
          </w:tcPr>
          <w:p w14:paraId="521B9784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Okres / liczba lat doświadczenia</w:t>
            </w:r>
          </w:p>
        </w:tc>
      </w:tr>
      <w:tr w:rsidR="00DE5143" w:rsidRPr="00AC4C98" w14:paraId="2E94F8DF" w14:textId="77777777" w:rsidTr="00857FAD">
        <w:trPr>
          <w:trHeight w:val="113"/>
          <w:jc w:val="center"/>
        </w:trPr>
        <w:tc>
          <w:tcPr>
            <w:tcW w:w="516" w:type="dxa"/>
            <w:vAlign w:val="center"/>
          </w:tcPr>
          <w:p w14:paraId="506EA29F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1</w:t>
            </w:r>
          </w:p>
        </w:tc>
        <w:tc>
          <w:tcPr>
            <w:tcW w:w="2041" w:type="dxa"/>
            <w:vAlign w:val="center"/>
          </w:tcPr>
          <w:p w14:paraId="3F617E76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5329" w:type="dxa"/>
            <w:vAlign w:val="center"/>
          </w:tcPr>
          <w:p w14:paraId="1A3D4066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899" w:type="dxa"/>
            <w:vAlign w:val="center"/>
          </w:tcPr>
          <w:p w14:paraId="3ADC4021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431258D0" w14:textId="77777777" w:rsidTr="00857FAD">
        <w:trPr>
          <w:trHeight w:val="113"/>
          <w:jc w:val="center"/>
        </w:trPr>
        <w:tc>
          <w:tcPr>
            <w:tcW w:w="516" w:type="dxa"/>
            <w:vAlign w:val="center"/>
          </w:tcPr>
          <w:p w14:paraId="241C5669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2</w:t>
            </w:r>
          </w:p>
        </w:tc>
        <w:tc>
          <w:tcPr>
            <w:tcW w:w="2041" w:type="dxa"/>
            <w:vAlign w:val="center"/>
          </w:tcPr>
          <w:p w14:paraId="6E2BB3FD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5329" w:type="dxa"/>
            <w:vAlign w:val="center"/>
          </w:tcPr>
          <w:p w14:paraId="1DA4D371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899" w:type="dxa"/>
            <w:vAlign w:val="center"/>
          </w:tcPr>
          <w:p w14:paraId="57506A7E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41352A64" w14:textId="77777777" w:rsidTr="00857FAD">
        <w:trPr>
          <w:trHeight w:val="113"/>
          <w:jc w:val="center"/>
        </w:trPr>
        <w:tc>
          <w:tcPr>
            <w:tcW w:w="516" w:type="dxa"/>
            <w:vAlign w:val="center"/>
          </w:tcPr>
          <w:p w14:paraId="31E5F2C3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3</w:t>
            </w:r>
          </w:p>
        </w:tc>
        <w:tc>
          <w:tcPr>
            <w:tcW w:w="2041" w:type="dxa"/>
            <w:vAlign w:val="center"/>
          </w:tcPr>
          <w:p w14:paraId="5D9EFC74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5329" w:type="dxa"/>
            <w:vAlign w:val="center"/>
          </w:tcPr>
          <w:p w14:paraId="3747D146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899" w:type="dxa"/>
            <w:vAlign w:val="center"/>
          </w:tcPr>
          <w:p w14:paraId="593429D1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  <w:tr w:rsidR="00DE5143" w:rsidRPr="00AC4C98" w14:paraId="15A1CC8A" w14:textId="77777777" w:rsidTr="00857FAD">
        <w:trPr>
          <w:trHeight w:val="113"/>
          <w:jc w:val="center"/>
        </w:trPr>
        <w:tc>
          <w:tcPr>
            <w:tcW w:w="516" w:type="dxa"/>
            <w:vAlign w:val="center"/>
          </w:tcPr>
          <w:p w14:paraId="2FA814A6" w14:textId="77777777" w:rsidR="00DE5143" w:rsidRPr="00AC4C98" w:rsidRDefault="00DE5143" w:rsidP="00857FAD">
            <w:pPr>
              <w:contextualSpacing/>
              <w:jc w:val="center"/>
              <w:rPr>
                <w:rFonts w:cs="Arial"/>
                <w:szCs w:val="18"/>
                <w:lang w:val="pl-PL"/>
              </w:rPr>
            </w:pPr>
            <w:r w:rsidRPr="00AC4C98">
              <w:rPr>
                <w:rFonts w:cs="Arial"/>
                <w:szCs w:val="18"/>
                <w:lang w:val="pl-PL"/>
              </w:rPr>
              <w:t>4</w:t>
            </w:r>
          </w:p>
        </w:tc>
        <w:tc>
          <w:tcPr>
            <w:tcW w:w="2041" w:type="dxa"/>
            <w:vAlign w:val="center"/>
          </w:tcPr>
          <w:p w14:paraId="5E2CE15F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5329" w:type="dxa"/>
            <w:vAlign w:val="center"/>
          </w:tcPr>
          <w:p w14:paraId="7ACED4C5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  <w:tc>
          <w:tcPr>
            <w:tcW w:w="1899" w:type="dxa"/>
            <w:vAlign w:val="center"/>
          </w:tcPr>
          <w:p w14:paraId="6BC592E8" w14:textId="77777777" w:rsidR="00DE5143" w:rsidRPr="00AC4C98" w:rsidRDefault="00DE5143" w:rsidP="00857FAD">
            <w:pPr>
              <w:contextualSpacing/>
              <w:rPr>
                <w:rFonts w:cs="Arial"/>
                <w:szCs w:val="18"/>
                <w:lang w:val="pl-PL"/>
              </w:rPr>
            </w:pPr>
          </w:p>
        </w:tc>
      </w:tr>
    </w:tbl>
    <w:p w14:paraId="7F324F11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lastRenderedPageBreak/>
        <w:t>8. Zakładane rezultaty realizacji zadania i sposób ich monitorowania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3458"/>
        <w:gridCol w:w="2835"/>
        <w:gridCol w:w="3402"/>
      </w:tblGrid>
      <w:tr w:rsidR="006A090A" w:rsidRPr="00541F17" w14:paraId="4D51A399" w14:textId="77777777" w:rsidTr="004F3B67">
        <w:trPr>
          <w:cantSplit/>
          <w:tblHeader/>
          <w:jc w:val="center"/>
        </w:trPr>
        <w:tc>
          <w:tcPr>
            <w:tcW w:w="747" w:type="dxa"/>
            <w:shd w:val="clear" w:color="auto" w:fill="D9E2F3"/>
            <w:vAlign w:val="center"/>
          </w:tcPr>
          <w:p w14:paraId="481036E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Lp.</w:t>
            </w:r>
          </w:p>
        </w:tc>
        <w:tc>
          <w:tcPr>
            <w:tcW w:w="3458" w:type="dxa"/>
            <w:shd w:val="clear" w:color="auto" w:fill="D9E2F3"/>
            <w:vAlign w:val="center"/>
          </w:tcPr>
          <w:p w14:paraId="31176CA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Rezultat</w:t>
            </w:r>
          </w:p>
        </w:tc>
        <w:tc>
          <w:tcPr>
            <w:tcW w:w="2835" w:type="dxa"/>
            <w:shd w:val="clear" w:color="auto" w:fill="D9E2F3"/>
            <w:vAlign w:val="center"/>
          </w:tcPr>
          <w:p w14:paraId="6AB0EF2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Planowany poziom osiągnięcia / wartość liczbowa</w:t>
            </w:r>
          </w:p>
        </w:tc>
        <w:tc>
          <w:tcPr>
            <w:tcW w:w="3402" w:type="dxa"/>
            <w:shd w:val="clear" w:color="auto" w:fill="D9E2F3"/>
            <w:vAlign w:val="center"/>
          </w:tcPr>
          <w:p w14:paraId="20D2AD5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Sposób monitorowania / źródło danych</w:t>
            </w:r>
          </w:p>
        </w:tc>
      </w:tr>
      <w:tr w:rsidR="006A090A" w:rsidRPr="00541F17" w14:paraId="3B4E68EA" w14:textId="77777777" w:rsidTr="004F3B67">
        <w:trPr>
          <w:jc w:val="center"/>
        </w:trPr>
        <w:tc>
          <w:tcPr>
            <w:tcW w:w="747" w:type="dxa"/>
          </w:tcPr>
          <w:p w14:paraId="4FFE041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</w:t>
            </w:r>
          </w:p>
        </w:tc>
        <w:tc>
          <w:tcPr>
            <w:tcW w:w="3458" w:type="dxa"/>
          </w:tcPr>
          <w:p w14:paraId="5EF0BD1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54927B5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1293631F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7D18638A" w14:textId="77777777" w:rsidTr="004F3B67">
        <w:trPr>
          <w:jc w:val="center"/>
        </w:trPr>
        <w:tc>
          <w:tcPr>
            <w:tcW w:w="747" w:type="dxa"/>
          </w:tcPr>
          <w:p w14:paraId="4A1BABE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</w:t>
            </w:r>
          </w:p>
        </w:tc>
        <w:tc>
          <w:tcPr>
            <w:tcW w:w="3458" w:type="dxa"/>
          </w:tcPr>
          <w:p w14:paraId="229DAC8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15F0B66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4E931EFB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6F5B889F" w14:textId="77777777" w:rsidTr="004F3B67">
        <w:trPr>
          <w:jc w:val="center"/>
        </w:trPr>
        <w:tc>
          <w:tcPr>
            <w:tcW w:w="747" w:type="dxa"/>
          </w:tcPr>
          <w:p w14:paraId="2BAF959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3</w:t>
            </w:r>
          </w:p>
        </w:tc>
        <w:tc>
          <w:tcPr>
            <w:tcW w:w="3458" w:type="dxa"/>
          </w:tcPr>
          <w:p w14:paraId="0A0B012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6337DE3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71554596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4CDC4892" w14:textId="77777777" w:rsidTr="004F3B67">
        <w:trPr>
          <w:jc w:val="center"/>
        </w:trPr>
        <w:tc>
          <w:tcPr>
            <w:tcW w:w="747" w:type="dxa"/>
          </w:tcPr>
          <w:p w14:paraId="259522C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4</w:t>
            </w:r>
          </w:p>
        </w:tc>
        <w:tc>
          <w:tcPr>
            <w:tcW w:w="3458" w:type="dxa"/>
          </w:tcPr>
          <w:p w14:paraId="65646FE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5926E16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43A28530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3754CA58" w14:textId="77777777" w:rsidTr="004F3B67">
        <w:trPr>
          <w:jc w:val="center"/>
        </w:trPr>
        <w:tc>
          <w:tcPr>
            <w:tcW w:w="747" w:type="dxa"/>
          </w:tcPr>
          <w:p w14:paraId="39D8E37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5</w:t>
            </w:r>
          </w:p>
        </w:tc>
        <w:tc>
          <w:tcPr>
            <w:tcW w:w="3458" w:type="dxa"/>
          </w:tcPr>
          <w:p w14:paraId="509BA26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7DB11BA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0E7EF39F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54041857" w14:textId="77777777" w:rsidTr="004F3B67">
        <w:trPr>
          <w:jc w:val="center"/>
        </w:trPr>
        <w:tc>
          <w:tcPr>
            <w:tcW w:w="747" w:type="dxa"/>
          </w:tcPr>
          <w:p w14:paraId="4AE3528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6</w:t>
            </w:r>
          </w:p>
        </w:tc>
        <w:tc>
          <w:tcPr>
            <w:tcW w:w="3458" w:type="dxa"/>
          </w:tcPr>
          <w:p w14:paraId="0DE3017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835" w:type="dxa"/>
          </w:tcPr>
          <w:p w14:paraId="58BBA03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3402" w:type="dxa"/>
          </w:tcPr>
          <w:p w14:paraId="30FF7A50" w14:textId="77777777" w:rsidR="006A090A" w:rsidRPr="00541F17" w:rsidRDefault="006A090A">
            <w:pPr>
              <w:rPr>
                <w:lang w:val="pl-PL"/>
              </w:rPr>
            </w:pPr>
          </w:p>
        </w:tc>
      </w:tr>
    </w:tbl>
    <w:p w14:paraId="3C26B42C" w14:textId="77777777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t>9. Kosztorys wykonania zadania</w:t>
      </w:r>
    </w:p>
    <w:p w14:paraId="580B97D4" w14:textId="77777777" w:rsidR="004B5061" w:rsidRDefault="004B5061" w:rsidP="001C1A36">
      <w:pPr>
        <w:spacing w:after="60"/>
        <w:jc w:val="both"/>
        <w:rPr>
          <w:i/>
          <w:sz w:val="17"/>
          <w:lang w:val="pl-PL"/>
        </w:rPr>
      </w:pPr>
      <w:r w:rsidRPr="004B5061">
        <w:rPr>
          <w:i/>
          <w:sz w:val="17"/>
          <w:lang w:val="pl-PL"/>
        </w:rPr>
        <w:t>Każdy koszt należy wykazać oddzielnie i przyporządkować do właściwego działania oraz okresu finansowania. Rodzaj kosztu należy opisać w sposób umożliwiający ocenę jego zasadności i związku z realizowanym działaniem. Wynagrodzenia osób prowadzących poszczególne zajęcia należy wykazać oddzielnie. Nie należy ujmować kosztów energii elektrycznej, centralnego ogrzewania, wody i odprowadzania ścieków.</w:t>
      </w:r>
    </w:p>
    <w:p w14:paraId="27D030BB" w14:textId="77777777" w:rsidR="006F2DB8" w:rsidRDefault="006F2DB8" w:rsidP="001C1A36">
      <w:pPr>
        <w:spacing w:after="60"/>
        <w:jc w:val="both"/>
        <w:rPr>
          <w:i/>
          <w:sz w:val="17"/>
          <w:lang w:val="pl-PL"/>
        </w:rPr>
      </w:pPr>
    </w:p>
    <w:p w14:paraId="6BBA434C" w14:textId="77777777" w:rsidR="006A090A" w:rsidRPr="00541F17" w:rsidRDefault="00556B10">
      <w:pPr>
        <w:rPr>
          <w:lang w:val="pl-PL"/>
        </w:rPr>
      </w:pPr>
      <w:r w:rsidRPr="00541F17">
        <w:rPr>
          <w:b/>
          <w:lang w:val="pl-PL"/>
        </w:rPr>
        <w:t>I. Koszty merytoryczne</w:t>
      </w:r>
    </w:p>
    <w:tbl>
      <w:tblPr>
        <w:tblStyle w:val="Tabela-Siatka"/>
        <w:tblW w:w="10913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2324"/>
        <w:gridCol w:w="1109"/>
        <w:gridCol w:w="1276"/>
        <w:gridCol w:w="1009"/>
        <w:gridCol w:w="1105"/>
        <w:gridCol w:w="1086"/>
        <w:gridCol w:w="2523"/>
      </w:tblGrid>
      <w:tr w:rsidR="006A090A" w:rsidRPr="00541F17" w14:paraId="6028B743" w14:textId="77777777" w:rsidTr="00231C81">
        <w:trPr>
          <w:cantSplit/>
          <w:tblHeader/>
          <w:jc w:val="center"/>
        </w:trPr>
        <w:tc>
          <w:tcPr>
            <w:tcW w:w="481" w:type="dxa"/>
            <w:shd w:val="clear" w:color="auto" w:fill="D9E2F3"/>
            <w:vAlign w:val="center"/>
          </w:tcPr>
          <w:p w14:paraId="63B4B7B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Lp.</w:t>
            </w:r>
          </w:p>
        </w:tc>
        <w:tc>
          <w:tcPr>
            <w:tcW w:w="2324" w:type="dxa"/>
            <w:shd w:val="clear" w:color="auto" w:fill="D9E2F3"/>
            <w:vAlign w:val="center"/>
          </w:tcPr>
          <w:p w14:paraId="26F9B4B0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Rodzaj kosztu</w:t>
            </w:r>
          </w:p>
        </w:tc>
        <w:tc>
          <w:tcPr>
            <w:tcW w:w="1109" w:type="dxa"/>
            <w:shd w:val="clear" w:color="auto" w:fill="D9E2F3"/>
            <w:vAlign w:val="center"/>
          </w:tcPr>
          <w:p w14:paraId="5495946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Liczba jednostek</w:t>
            </w:r>
          </w:p>
        </w:tc>
        <w:tc>
          <w:tcPr>
            <w:tcW w:w="1276" w:type="dxa"/>
            <w:shd w:val="clear" w:color="auto" w:fill="D9E2F3"/>
            <w:vAlign w:val="center"/>
          </w:tcPr>
          <w:p w14:paraId="096B5D2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 jednostkowy (zł)</w:t>
            </w:r>
          </w:p>
        </w:tc>
        <w:tc>
          <w:tcPr>
            <w:tcW w:w="1009" w:type="dxa"/>
            <w:shd w:val="clear" w:color="auto" w:fill="D9E2F3"/>
            <w:vAlign w:val="center"/>
          </w:tcPr>
          <w:p w14:paraId="76E0A4C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Rodzaj miary</w:t>
            </w:r>
          </w:p>
        </w:tc>
        <w:tc>
          <w:tcPr>
            <w:tcW w:w="1105" w:type="dxa"/>
            <w:shd w:val="clear" w:color="auto" w:fill="D9E2F3"/>
            <w:vAlign w:val="center"/>
          </w:tcPr>
          <w:p w14:paraId="231E9F25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 całkowity (zł)</w:t>
            </w:r>
          </w:p>
        </w:tc>
        <w:tc>
          <w:tcPr>
            <w:tcW w:w="1086" w:type="dxa"/>
            <w:shd w:val="clear" w:color="auto" w:fill="D9E2F3"/>
            <w:vAlign w:val="center"/>
          </w:tcPr>
          <w:p w14:paraId="68CC061C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Nr działania</w:t>
            </w:r>
          </w:p>
        </w:tc>
        <w:tc>
          <w:tcPr>
            <w:tcW w:w="2523" w:type="dxa"/>
            <w:shd w:val="clear" w:color="auto" w:fill="D9E2F3"/>
            <w:vAlign w:val="center"/>
          </w:tcPr>
          <w:p w14:paraId="76135ECC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Okres finansowania</w:t>
            </w:r>
          </w:p>
        </w:tc>
      </w:tr>
      <w:tr w:rsidR="006A090A" w:rsidRPr="00541F17" w14:paraId="14CB78F1" w14:textId="77777777" w:rsidTr="00231C81">
        <w:trPr>
          <w:jc w:val="center"/>
        </w:trPr>
        <w:tc>
          <w:tcPr>
            <w:tcW w:w="481" w:type="dxa"/>
          </w:tcPr>
          <w:p w14:paraId="150B689F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</w:t>
            </w:r>
          </w:p>
        </w:tc>
        <w:tc>
          <w:tcPr>
            <w:tcW w:w="2324" w:type="dxa"/>
          </w:tcPr>
          <w:p w14:paraId="71B9691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71015C3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5C3B811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71D565B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22AB129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17F4017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06E831CF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62168954" w14:textId="77777777" w:rsidTr="00231C81">
        <w:trPr>
          <w:jc w:val="center"/>
        </w:trPr>
        <w:tc>
          <w:tcPr>
            <w:tcW w:w="481" w:type="dxa"/>
          </w:tcPr>
          <w:p w14:paraId="5CEB658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</w:t>
            </w:r>
          </w:p>
        </w:tc>
        <w:tc>
          <w:tcPr>
            <w:tcW w:w="2324" w:type="dxa"/>
          </w:tcPr>
          <w:p w14:paraId="4DA1E94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577FBD8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5A96073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489F541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23690BE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0FF9B2A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79483497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47F3BC19" w14:textId="77777777" w:rsidTr="00231C81">
        <w:trPr>
          <w:jc w:val="center"/>
        </w:trPr>
        <w:tc>
          <w:tcPr>
            <w:tcW w:w="481" w:type="dxa"/>
          </w:tcPr>
          <w:p w14:paraId="159F3AC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3</w:t>
            </w:r>
          </w:p>
        </w:tc>
        <w:tc>
          <w:tcPr>
            <w:tcW w:w="2324" w:type="dxa"/>
          </w:tcPr>
          <w:p w14:paraId="189DAC6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73EC687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4F6FECF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13E30D9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088BFF8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7DD6394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1E5F4556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63BF4EC4" w14:textId="77777777" w:rsidTr="00231C81">
        <w:trPr>
          <w:jc w:val="center"/>
        </w:trPr>
        <w:tc>
          <w:tcPr>
            <w:tcW w:w="481" w:type="dxa"/>
          </w:tcPr>
          <w:p w14:paraId="6C83EC5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4</w:t>
            </w:r>
          </w:p>
        </w:tc>
        <w:tc>
          <w:tcPr>
            <w:tcW w:w="2324" w:type="dxa"/>
          </w:tcPr>
          <w:p w14:paraId="1C0E969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76B4796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04A2F82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7B16DAC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36D4636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0CF74A1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05E2AACE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5B4D6A5F" w14:textId="77777777" w:rsidTr="00231C81">
        <w:trPr>
          <w:jc w:val="center"/>
        </w:trPr>
        <w:tc>
          <w:tcPr>
            <w:tcW w:w="481" w:type="dxa"/>
          </w:tcPr>
          <w:p w14:paraId="3D3D9C4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5</w:t>
            </w:r>
          </w:p>
        </w:tc>
        <w:tc>
          <w:tcPr>
            <w:tcW w:w="2324" w:type="dxa"/>
          </w:tcPr>
          <w:p w14:paraId="7FA233C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0CA9322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51F612D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683E2BB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34208C6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5FB76C1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1AB98C70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7E53F3DD" w14:textId="77777777" w:rsidTr="00231C81">
        <w:trPr>
          <w:jc w:val="center"/>
        </w:trPr>
        <w:tc>
          <w:tcPr>
            <w:tcW w:w="481" w:type="dxa"/>
          </w:tcPr>
          <w:p w14:paraId="43F69581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6</w:t>
            </w:r>
          </w:p>
        </w:tc>
        <w:tc>
          <w:tcPr>
            <w:tcW w:w="2324" w:type="dxa"/>
          </w:tcPr>
          <w:p w14:paraId="65D24B4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4F9EE5B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1DDE9DA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0052EE2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088729E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445E832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78DAD616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1B832C2B" w14:textId="77777777" w:rsidTr="00231C81">
        <w:trPr>
          <w:jc w:val="center"/>
        </w:trPr>
        <w:tc>
          <w:tcPr>
            <w:tcW w:w="481" w:type="dxa"/>
          </w:tcPr>
          <w:p w14:paraId="75BF587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7</w:t>
            </w:r>
          </w:p>
        </w:tc>
        <w:tc>
          <w:tcPr>
            <w:tcW w:w="2324" w:type="dxa"/>
          </w:tcPr>
          <w:p w14:paraId="48B114A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4C726BF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5CA5A58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59CBCCA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7A76639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2AD700D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15488E2E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0879D148" w14:textId="77777777" w:rsidTr="00231C81">
        <w:trPr>
          <w:jc w:val="center"/>
        </w:trPr>
        <w:tc>
          <w:tcPr>
            <w:tcW w:w="481" w:type="dxa"/>
          </w:tcPr>
          <w:p w14:paraId="12421C9B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8</w:t>
            </w:r>
          </w:p>
        </w:tc>
        <w:tc>
          <w:tcPr>
            <w:tcW w:w="2324" w:type="dxa"/>
          </w:tcPr>
          <w:p w14:paraId="0D50158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54562D1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090B9CE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1D8FE8F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34E946C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744C8A6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37671412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298B41BF" w14:textId="77777777" w:rsidTr="00231C81">
        <w:trPr>
          <w:jc w:val="center"/>
        </w:trPr>
        <w:tc>
          <w:tcPr>
            <w:tcW w:w="481" w:type="dxa"/>
          </w:tcPr>
          <w:p w14:paraId="445E695C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9</w:t>
            </w:r>
          </w:p>
        </w:tc>
        <w:tc>
          <w:tcPr>
            <w:tcW w:w="2324" w:type="dxa"/>
          </w:tcPr>
          <w:p w14:paraId="74FCBCB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1EE0D7E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32C88D5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52E23DA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4C65339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61784F7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5F8C6F00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11F924BC" w14:textId="77777777" w:rsidTr="00231C81">
        <w:trPr>
          <w:jc w:val="center"/>
        </w:trPr>
        <w:tc>
          <w:tcPr>
            <w:tcW w:w="481" w:type="dxa"/>
          </w:tcPr>
          <w:p w14:paraId="5E6601B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10</w:t>
            </w:r>
          </w:p>
        </w:tc>
        <w:tc>
          <w:tcPr>
            <w:tcW w:w="2324" w:type="dxa"/>
          </w:tcPr>
          <w:p w14:paraId="0A5BE42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024D7C6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276" w:type="dxa"/>
          </w:tcPr>
          <w:p w14:paraId="71A9232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09" w:type="dxa"/>
          </w:tcPr>
          <w:p w14:paraId="00B746F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12299B5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086" w:type="dxa"/>
          </w:tcPr>
          <w:p w14:paraId="613921E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67D5D92B" w14:textId="77777777" w:rsidR="006A090A" w:rsidRPr="00541F17" w:rsidRDefault="006A090A">
            <w:pPr>
              <w:rPr>
                <w:lang w:val="pl-PL"/>
              </w:rPr>
            </w:pPr>
          </w:p>
        </w:tc>
      </w:tr>
    </w:tbl>
    <w:p w14:paraId="12B4CECD" w14:textId="77777777" w:rsidR="006458BA" w:rsidRPr="00541F17" w:rsidRDefault="006458BA">
      <w:pPr>
        <w:rPr>
          <w:b/>
          <w:lang w:val="pl-PL"/>
        </w:rPr>
      </w:pPr>
    </w:p>
    <w:p w14:paraId="1E02F92B" w14:textId="2CCEC052" w:rsidR="006A090A" w:rsidRPr="00541F17" w:rsidRDefault="00556B10">
      <w:pPr>
        <w:rPr>
          <w:lang w:val="pl-PL"/>
        </w:rPr>
      </w:pPr>
      <w:r w:rsidRPr="00541F17">
        <w:rPr>
          <w:b/>
          <w:lang w:val="pl-PL"/>
        </w:rPr>
        <w:t>II. Koszty obsługi zadania, w tym koszty administracyjne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68"/>
        <w:gridCol w:w="2324"/>
        <w:gridCol w:w="1109"/>
        <w:gridCol w:w="1418"/>
        <w:gridCol w:w="878"/>
        <w:gridCol w:w="1105"/>
        <w:gridCol w:w="939"/>
        <w:gridCol w:w="2523"/>
      </w:tblGrid>
      <w:tr w:rsidR="006A090A" w:rsidRPr="00541F17" w14:paraId="0B352EBE" w14:textId="77777777" w:rsidTr="006458BA">
        <w:trPr>
          <w:cantSplit/>
          <w:tblHeader/>
          <w:jc w:val="center"/>
        </w:trPr>
        <w:tc>
          <w:tcPr>
            <w:tcW w:w="368" w:type="dxa"/>
            <w:shd w:val="clear" w:color="auto" w:fill="D9E2F3"/>
            <w:vAlign w:val="center"/>
          </w:tcPr>
          <w:p w14:paraId="731DBB4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Lp.</w:t>
            </w:r>
          </w:p>
        </w:tc>
        <w:tc>
          <w:tcPr>
            <w:tcW w:w="2324" w:type="dxa"/>
            <w:shd w:val="clear" w:color="auto" w:fill="D9E2F3"/>
            <w:vAlign w:val="center"/>
          </w:tcPr>
          <w:p w14:paraId="56A6E97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Rodzaj kosztu</w:t>
            </w:r>
          </w:p>
        </w:tc>
        <w:tc>
          <w:tcPr>
            <w:tcW w:w="1109" w:type="dxa"/>
            <w:shd w:val="clear" w:color="auto" w:fill="D9E2F3"/>
            <w:vAlign w:val="center"/>
          </w:tcPr>
          <w:p w14:paraId="5C573D2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Liczba jednostek</w:t>
            </w:r>
          </w:p>
        </w:tc>
        <w:tc>
          <w:tcPr>
            <w:tcW w:w="1418" w:type="dxa"/>
            <w:shd w:val="clear" w:color="auto" w:fill="D9E2F3"/>
            <w:vAlign w:val="center"/>
          </w:tcPr>
          <w:p w14:paraId="19D16FC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 jednostkowy (zł)</w:t>
            </w:r>
          </w:p>
        </w:tc>
        <w:tc>
          <w:tcPr>
            <w:tcW w:w="878" w:type="dxa"/>
            <w:shd w:val="clear" w:color="auto" w:fill="D9E2F3"/>
            <w:vAlign w:val="center"/>
          </w:tcPr>
          <w:p w14:paraId="12BA467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Rodzaj miary</w:t>
            </w:r>
          </w:p>
        </w:tc>
        <w:tc>
          <w:tcPr>
            <w:tcW w:w="1105" w:type="dxa"/>
            <w:shd w:val="clear" w:color="auto" w:fill="D9E2F3"/>
            <w:vAlign w:val="center"/>
          </w:tcPr>
          <w:p w14:paraId="0F2E11E9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 całkowity (zł)</w:t>
            </w:r>
          </w:p>
        </w:tc>
        <w:tc>
          <w:tcPr>
            <w:tcW w:w="939" w:type="dxa"/>
            <w:shd w:val="clear" w:color="auto" w:fill="D9E2F3"/>
            <w:vAlign w:val="center"/>
          </w:tcPr>
          <w:p w14:paraId="7571C07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Nr działania</w:t>
            </w:r>
          </w:p>
        </w:tc>
        <w:tc>
          <w:tcPr>
            <w:tcW w:w="2523" w:type="dxa"/>
            <w:shd w:val="clear" w:color="auto" w:fill="D9E2F3"/>
            <w:vAlign w:val="center"/>
          </w:tcPr>
          <w:p w14:paraId="27F2084D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Okres finansowania</w:t>
            </w:r>
          </w:p>
        </w:tc>
      </w:tr>
      <w:tr w:rsidR="006A090A" w:rsidRPr="00541F17" w14:paraId="44239BEE" w14:textId="77777777" w:rsidTr="006458BA">
        <w:trPr>
          <w:jc w:val="center"/>
        </w:trPr>
        <w:tc>
          <w:tcPr>
            <w:tcW w:w="368" w:type="dxa"/>
          </w:tcPr>
          <w:p w14:paraId="124EEE6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1</w:t>
            </w:r>
          </w:p>
        </w:tc>
        <w:tc>
          <w:tcPr>
            <w:tcW w:w="2324" w:type="dxa"/>
          </w:tcPr>
          <w:p w14:paraId="791D259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6E38A7FD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0E91785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7DC27CF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2940138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1A38E95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145CB8A0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03C4068C" w14:textId="77777777" w:rsidTr="006458BA">
        <w:trPr>
          <w:jc w:val="center"/>
        </w:trPr>
        <w:tc>
          <w:tcPr>
            <w:tcW w:w="368" w:type="dxa"/>
          </w:tcPr>
          <w:p w14:paraId="2521D014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</w:t>
            </w:r>
          </w:p>
        </w:tc>
        <w:tc>
          <w:tcPr>
            <w:tcW w:w="2324" w:type="dxa"/>
          </w:tcPr>
          <w:p w14:paraId="1D38683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1802840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33900B6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38119EB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1701E25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3E53F42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35C93A08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7DD1964F" w14:textId="77777777" w:rsidTr="006458BA">
        <w:trPr>
          <w:jc w:val="center"/>
        </w:trPr>
        <w:tc>
          <w:tcPr>
            <w:tcW w:w="368" w:type="dxa"/>
          </w:tcPr>
          <w:p w14:paraId="123BE0D5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3</w:t>
            </w:r>
          </w:p>
        </w:tc>
        <w:tc>
          <w:tcPr>
            <w:tcW w:w="2324" w:type="dxa"/>
          </w:tcPr>
          <w:p w14:paraId="1E2D192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432ADBD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5E40857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6C4C450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4501C70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703C760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5A8A1196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4737B24C" w14:textId="77777777" w:rsidTr="006458BA">
        <w:trPr>
          <w:jc w:val="center"/>
        </w:trPr>
        <w:tc>
          <w:tcPr>
            <w:tcW w:w="368" w:type="dxa"/>
          </w:tcPr>
          <w:p w14:paraId="6C80475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4</w:t>
            </w:r>
          </w:p>
        </w:tc>
        <w:tc>
          <w:tcPr>
            <w:tcW w:w="2324" w:type="dxa"/>
          </w:tcPr>
          <w:p w14:paraId="103DAB2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28DBA2D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0D035B11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54C954CB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4AC6E3B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4B1B840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79A4ED7C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29CC706A" w14:textId="77777777" w:rsidTr="006458BA">
        <w:trPr>
          <w:jc w:val="center"/>
        </w:trPr>
        <w:tc>
          <w:tcPr>
            <w:tcW w:w="368" w:type="dxa"/>
          </w:tcPr>
          <w:p w14:paraId="3EBFD803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5</w:t>
            </w:r>
          </w:p>
        </w:tc>
        <w:tc>
          <w:tcPr>
            <w:tcW w:w="2324" w:type="dxa"/>
          </w:tcPr>
          <w:p w14:paraId="60CED317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7984F7B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7D1F0F13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2B923AB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23E39790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6D3A264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6ADC8AF9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6CA778AD" w14:textId="77777777" w:rsidTr="006458BA">
        <w:trPr>
          <w:jc w:val="center"/>
        </w:trPr>
        <w:tc>
          <w:tcPr>
            <w:tcW w:w="368" w:type="dxa"/>
          </w:tcPr>
          <w:p w14:paraId="23015306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6</w:t>
            </w:r>
          </w:p>
        </w:tc>
        <w:tc>
          <w:tcPr>
            <w:tcW w:w="2324" w:type="dxa"/>
          </w:tcPr>
          <w:p w14:paraId="04DACFB8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9" w:type="dxa"/>
          </w:tcPr>
          <w:p w14:paraId="595F84B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418" w:type="dxa"/>
          </w:tcPr>
          <w:p w14:paraId="4072FCCE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878" w:type="dxa"/>
          </w:tcPr>
          <w:p w14:paraId="165937A4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105" w:type="dxa"/>
          </w:tcPr>
          <w:p w14:paraId="77B8490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939" w:type="dxa"/>
          </w:tcPr>
          <w:p w14:paraId="73D638B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2523" w:type="dxa"/>
          </w:tcPr>
          <w:p w14:paraId="7C4B37C5" w14:textId="77777777" w:rsidR="006A090A" w:rsidRPr="00541F17" w:rsidRDefault="006A090A">
            <w:pPr>
              <w:rPr>
                <w:lang w:val="pl-PL"/>
              </w:rPr>
            </w:pPr>
          </w:p>
        </w:tc>
      </w:tr>
    </w:tbl>
    <w:p w14:paraId="0F628C4D" w14:textId="77777777" w:rsidR="006458BA" w:rsidRPr="00541F17" w:rsidRDefault="006458BA">
      <w:pPr>
        <w:rPr>
          <w:b/>
          <w:lang w:val="pl-PL"/>
        </w:rPr>
      </w:pPr>
    </w:p>
    <w:p w14:paraId="6FCD6547" w14:textId="57D13170" w:rsidR="006A090A" w:rsidRPr="00541F17" w:rsidRDefault="00556B10">
      <w:pPr>
        <w:rPr>
          <w:lang w:val="pl-PL"/>
        </w:rPr>
      </w:pPr>
      <w:r w:rsidRPr="00541F17">
        <w:rPr>
          <w:b/>
          <w:lang w:val="pl-PL"/>
        </w:rPr>
        <w:t>Podsumowanie kosztów według okresów finansowania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660"/>
        <w:gridCol w:w="1701"/>
        <w:gridCol w:w="1668"/>
        <w:gridCol w:w="1734"/>
        <w:gridCol w:w="1383"/>
      </w:tblGrid>
      <w:tr w:rsidR="006A090A" w:rsidRPr="00541F17" w14:paraId="03696F4E" w14:textId="77777777" w:rsidTr="006458BA">
        <w:trPr>
          <w:cantSplit/>
          <w:tblHeader/>
          <w:jc w:val="center"/>
        </w:trPr>
        <w:tc>
          <w:tcPr>
            <w:tcW w:w="3660" w:type="dxa"/>
            <w:shd w:val="clear" w:color="auto" w:fill="D9E2F3"/>
            <w:vAlign w:val="center"/>
          </w:tcPr>
          <w:p w14:paraId="35B34C4E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Pozycja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3A831B63" w14:textId="4D27E8FA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2026 r.</w:t>
            </w:r>
            <w:r w:rsidRPr="00541F17">
              <w:rPr>
                <w:lang w:val="pl-PL"/>
              </w:rPr>
              <w:br/>
              <w:t xml:space="preserve">do </w:t>
            </w:r>
            <w:r w:rsidR="006458BA" w:rsidRPr="00541F17">
              <w:rPr>
                <w:lang w:val="pl-PL"/>
              </w:rPr>
              <w:t>40</w:t>
            </w:r>
            <w:r w:rsidRPr="00541F17">
              <w:rPr>
                <w:lang w:val="pl-PL"/>
              </w:rPr>
              <w:t xml:space="preserve"> 000 zł</w:t>
            </w:r>
          </w:p>
        </w:tc>
        <w:tc>
          <w:tcPr>
            <w:tcW w:w="1668" w:type="dxa"/>
            <w:shd w:val="clear" w:color="auto" w:fill="D9E2F3"/>
            <w:vAlign w:val="center"/>
          </w:tcPr>
          <w:p w14:paraId="52BE70A4" w14:textId="667243BA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I półrocze 2027 r.</w:t>
            </w:r>
            <w:r w:rsidRPr="00541F17">
              <w:rPr>
                <w:lang w:val="pl-PL"/>
              </w:rPr>
              <w:br/>
              <w:t xml:space="preserve">do </w:t>
            </w:r>
            <w:r w:rsidR="006458BA" w:rsidRPr="00541F17">
              <w:rPr>
                <w:lang w:val="pl-PL"/>
              </w:rPr>
              <w:t>75</w:t>
            </w:r>
            <w:r w:rsidRPr="00541F17">
              <w:rPr>
                <w:lang w:val="pl-PL"/>
              </w:rPr>
              <w:t xml:space="preserve"> 000 zł</w:t>
            </w:r>
          </w:p>
        </w:tc>
        <w:tc>
          <w:tcPr>
            <w:tcW w:w="1734" w:type="dxa"/>
            <w:shd w:val="clear" w:color="auto" w:fill="D9E2F3"/>
            <w:vAlign w:val="center"/>
          </w:tcPr>
          <w:p w14:paraId="6EF42EF3" w14:textId="51EF1FBD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II półrocze 2027 r.</w:t>
            </w:r>
            <w:r w:rsidRPr="00541F17">
              <w:rPr>
                <w:lang w:val="pl-PL"/>
              </w:rPr>
              <w:br/>
              <w:t xml:space="preserve">do </w:t>
            </w:r>
            <w:r w:rsidR="006458BA" w:rsidRPr="00541F17">
              <w:rPr>
                <w:lang w:val="pl-PL"/>
              </w:rPr>
              <w:t>7</w:t>
            </w:r>
            <w:r w:rsidRPr="00541F17">
              <w:rPr>
                <w:lang w:val="pl-PL"/>
              </w:rPr>
              <w:t>5 000 zł</w:t>
            </w:r>
          </w:p>
        </w:tc>
        <w:tc>
          <w:tcPr>
            <w:tcW w:w="1383" w:type="dxa"/>
            <w:shd w:val="clear" w:color="auto" w:fill="D9E2F3"/>
            <w:vAlign w:val="center"/>
          </w:tcPr>
          <w:p w14:paraId="28BA054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Razem</w:t>
            </w:r>
          </w:p>
        </w:tc>
      </w:tr>
      <w:tr w:rsidR="006A090A" w:rsidRPr="00541F17" w14:paraId="25CCE99D" w14:textId="77777777" w:rsidTr="006458BA">
        <w:trPr>
          <w:jc w:val="center"/>
        </w:trPr>
        <w:tc>
          <w:tcPr>
            <w:tcW w:w="3660" w:type="dxa"/>
          </w:tcPr>
          <w:p w14:paraId="7EDFB622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Koszty merytoryczne ogółem</w:t>
            </w:r>
          </w:p>
        </w:tc>
        <w:tc>
          <w:tcPr>
            <w:tcW w:w="1701" w:type="dxa"/>
          </w:tcPr>
          <w:p w14:paraId="675B3C6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668" w:type="dxa"/>
          </w:tcPr>
          <w:p w14:paraId="3228ED3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734" w:type="dxa"/>
          </w:tcPr>
          <w:p w14:paraId="67225BB5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83" w:type="dxa"/>
          </w:tcPr>
          <w:p w14:paraId="2C251615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51A66008" w14:textId="77777777" w:rsidTr="006458BA">
        <w:trPr>
          <w:jc w:val="center"/>
        </w:trPr>
        <w:tc>
          <w:tcPr>
            <w:tcW w:w="3660" w:type="dxa"/>
          </w:tcPr>
          <w:p w14:paraId="412AF88A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Koszty obsługi / administracyjne ogółem</w:t>
            </w:r>
          </w:p>
        </w:tc>
        <w:tc>
          <w:tcPr>
            <w:tcW w:w="1701" w:type="dxa"/>
          </w:tcPr>
          <w:p w14:paraId="288D8B1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668" w:type="dxa"/>
          </w:tcPr>
          <w:p w14:paraId="591CE93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734" w:type="dxa"/>
          </w:tcPr>
          <w:p w14:paraId="452B94E2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83" w:type="dxa"/>
          </w:tcPr>
          <w:p w14:paraId="33FB7AE5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3613A266" w14:textId="77777777" w:rsidTr="006458BA">
        <w:trPr>
          <w:jc w:val="center"/>
        </w:trPr>
        <w:tc>
          <w:tcPr>
            <w:tcW w:w="3660" w:type="dxa"/>
          </w:tcPr>
          <w:p w14:paraId="76BEFFA0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Całkowity koszt zadania</w:t>
            </w:r>
          </w:p>
        </w:tc>
        <w:tc>
          <w:tcPr>
            <w:tcW w:w="1701" w:type="dxa"/>
          </w:tcPr>
          <w:p w14:paraId="18618C7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668" w:type="dxa"/>
          </w:tcPr>
          <w:p w14:paraId="7156AE6F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734" w:type="dxa"/>
          </w:tcPr>
          <w:p w14:paraId="256EC62C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83" w:type="dxa"/>
          </w:tcPr>
          <w:p w14:paraId="25B5448D" w14:textId="77777777" w:rsidR="006A090A" w:rsidRPr="00541F17" w:rsidRDefault="006A090A">
            <w:pPr>
              <w:rPr>
                <w:lang w:val="pl-PL"/>
              </w:rPr>
            </w:pPr>
          </w:p>
        </w:tc>
      </w:tr>
      <w:tr w:rsidR="006A090A" w:rsidRPr="00541F17" w14:paraId="52DFB098" w14:textId="77777777" w:rsidTr="006458BA">
        <w:trPr>
          <w:jc w:val="center"/>
        </w:trPr>
        <w:tc>
          <w:tcPr>
            <w:tcW w:w="3660" w:type="dxa"/>
          </w:tcPr>
          <w:p w14:paraId="2A4A005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t>Wnioskowana kwota środków z Gminy Strzelce Opolskie</w:t>
            </w:r>
          </w:p>
        </w:tc>
        <w:tc>
          <w:tcPr>
            <w:tcW w:w="1701" w:type="dxa"/>
          </w:tcPr>
          <w:p w14:paraId="73FBE8E9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668" w:type="dxa"/>
          </w:tcPr>
          <w:p w14:paraId="222334A6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734" w:type="dxa"/>
          </w:tcPr>
          <w:p w14:paraId="3BA77D7A" w14:textId="77777777" w:rsidR="006A090A" w:rsidRPr="00541F17" w:rsidRDefault="006A090A">
            <w:pPr>
              <w:rPr>
                <w:lang w:val="pl-PL"/>
              </w:rPr>
            </w:pPr>
          </w:p>
        </w:tc>
        <w:tc>
          <w:tcPr>
            <w:tcW w:w="1383" w:type="dxa"/>
          </w:tcPr>
          <w:p w14:paraId="23857B80" w14:textId="77777777" w:rsidR="006A090A" w:rsidRPr="00541F17" w:rsidRDefault="006A090A">
            <w:pPr>
              <w:rPr>
                <w:lang w:val="pl-PL"/>
              </w:rPr>
            </w:pPr>
          </w:p>
        </w:tc>
      </w:tr>
    </w:tbl>
    <w:p w14:paraId="0BFA25B7" w14:textId="77777777" w:rsidR="00DD0473" w:rsidRDefault="00DD0473">
      <w:pPr>
        <w:spacing w:before="140" w:after="80"/>
        <w:rPr>
          <w:b/>
          <w:sz w:val="22"/>
          <w:lang w:val="pl-PL"/>
        </w:rPr>
      </w:pPr>
    </w:p>
    <w:p w14:paraId="10AFD918" w14:textId="77777777" w:rsidR="006F2DB8" w:rsidRDefault="006F2DB8">
      <w:pPr>
        <w:spacing w:before="140" w:after="80"/>
        <w:rPr>
          <w:b/>
          <w:sz w:val="22"/>
          <w:lang w:val="pl-PL"/>
        </w:rPr>
      </w:pPr>
    </w:p>
    <w:p w14:paraId="2DBCA1CA" w14:textId="77777777" w:rsidR="006F2DB8" w:rsidRDefault="006F2DB8">
      <w:pPr>
        <w:spacing w:before="140" w:after="80"/>
        <w:rPr>
          <w:b/>
          <w:sz w:val="22"/>
          <w:lang w:val="pl-PL"/>
        </w:rPr>
      </w:pPr>
    </w:p>
    <w:p w14:paraId="178F4160" w14:textId="4528150E" w:rsidR="006A090A" w:rsidRPr="00541F17" w:rsidRDefault="00556B10">
      <w:pPr>
        <w:spacing w:before="140" w:after="80"/>
        <w:rPr>
          <w:lang w:val="pl-PL"/>
        </w:rPr>
      </w:pPr>
      <w:r w:rsidRPr="00541F17">
        <w:rPr>
          <w:b/>
          <w:sz w:val="22"/>
          <w:lang w:val="pl-PL"/>
        </w:rPr>
        <w:lastRenderedPageBreak/>
        <w:t>1</w:t>
      </w:r>
      <w:r w:rsidR="001911A0">
        <w:rPr>
          <w:b/>
          <w:sz w:val="22"/>
          <w:lang w:val="pl-PL"/>
        </w:rPr>
        <w:t>0</w:t>
      </w:r>
      <w:r w:rsidRPr="00541F17">
        <w:rPr>
          <w:b/>
          <w:sz w:val="22"/>
          <w:lang w:val="pl-PL"/>
        </w:rPr>
        <w:t>. Oświadczenia oferenta</w:t>
      </w:r>
    </w:p>
    <w:p w14:paraId="6DCBB00D" w14:textId="77777777" w:rsidR="006A090A" w:rsidRPr="00541F17" w:rsidRDefault="00556B10">
      <w:pPr>
        <w:pStyle w:val="Listanumerowana"/>
        <w:rPr>
          <w:lang w:val="pl-PL"/>
        </w:rPr>
      </w:pPr>
      <w:r w:rsidRPr="00541F17">
        <w:rPr>
          <w:lang w:val="pl-PL"/>
        </w:rPr>
        <w:t>informacje zawarte w ofercie są zgodne ze stanem faktycznym i prawnym;</w:t>
      </w:r>
    </w:p>
    <w:p w14:paraId="3A2DDB0F" w14:textId="77777777" w:rsidR="006A090A" w:rsidRPr="00541F17" w:rsidRDefault="00556B10">
      <w:pPr>
        <w:pStyle w:val="Listanumerowana"/>
        <w:rPr>
          <w:lang w:val="pl-PL"/>
        </w:rPr>
      </w:pPr>
      <w:r w:rsidRPr="00541F17">
        <w:rPr>
          <w:lang w:val="pl-PL"/>
        </w:rPr>
        <w:t>oferent zapoznał się z warunkami konkursu i je akceptuje;</w:t>
      </w:r>
    </w:p>
    <w:p w14:paraId="0C399D81" w14:textId="77777777" w:rsidR="006A090A" w:rsidRPr="00541F17" w:rsidRDefault="00556B10">
      <w:pPr>
        <w:pStyle w:val="Listanumerowana"/>
        <w:rPr>
          <w:lang w:val="pl-PL"/>
        </w:rPr>
      </w:pPr>
      <w:r w:rsidRPr="00541F17">
        <w:rPr>
          <w:lang w:val="pl-PL"/>
        </w:rPr>
        <w:t>zadanie będzie realizowane zgodnie z Ogłoszeniem konkursowym, obowiązującymi przepisami, aktualnymi rekomendacjami KCPU właściwymi dla zakresu zadania oraz zawartą umową;</w:t>
      </w:r>
    </w:p>
    <w:p w14:paraId="195C032E" w14:textId="77777777" w:rsidR="006A090A" w:rsidRPr="00541F17" w:rsidRDefault="00556B10">
      <w:pPr>
        <w:pStyle w:val="Listanumerowana"/>
        <w:rPr>
          <w:lang w:val="pl-PL"/>
        </w:rPr>
      </w:pPr>
      <w:r w:rsidRPr="00541F17">
        <w:rPr>
          <w:lang w:val="pl-PL"/>
        </w:rPr>
        <w:t>osoby wskazane do realizacji zadania posiadają kwalifikacje wymagane w Ogłoszeniu.</w:t>
      </w:r>
    </w:p>
    <w:tbl>
      <w:tblPr>
        <w:tblStyle w:val="Tabela-Siatka"/>
        <w:tblW w:w="0" w:type="auto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074"/>
        <w:gridCol w:w="5074"/>
      </w:tblGrid>
      <w:tr w:rsidR="006A090A" w:rsidRPr="00541F17" w14:paraId="31E353FA" w14:textId="77777777">
        <w:trPr>
          <w:cantSplit/>
          <w:jc w:val="center"/>
        </w:trPr>
        <w:tc>
          <w:tcPr>
            <w:tcW w:w="5074" w:type="dxa"/>
            <w:shd w:val="clear" w:color="auto" w:fill="EDEDED"/>
          </w:tcPr>
          <w:p w14:paraId="79F2C0B7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b/>
                <w:lang w:val="pl-PL"/>
              </w:rPr>
              <w:t>Miejscowość i data</w:t>
            </w:r>
          </w:p>
        </w:tc>
        <w:tc>
          <w:tcPr>
            <w:tcW w:w="5074" w:type="dxa"/>
            <w:shd w:val="clear" w:color="auto" w:fill="EDEDED"/>
          </w:tcPr>
          <w:p w14:paraId="70D837D8" w14:textId="77777777" w:rsidR="006A090A" w:rsidRPr="00541F17" w:rsidRDefault="00556B10">
            <w:pPr>
              <w:rPr>
                <w:lang w:val="pl-PL"/>
              </w:rPr>
            </w:pPr>
            <w:r w:rsidRPr="00541F17">
              <w:rPr>
                <w:b/>
                <w:lang w:val="pl-PL"/>
              </w:rPr>
              <w:t>Podpis/y osoby/osób uprawnionych</w:t>
            </w:r>
          </w:p>
        </w:tc>
      </w:tr>
      <w:tr w:rsidR="006A090A" w:rsidRPr="00541F17" w14:paraId="5A0EF697" w14:textId="77777777">
        <w:trPr>
          <w:cantSplit/>
          <w:jc w:val="center"/>
        </w:trPr>
        <w:tc>
          <w:tcPr>
            <w:tcW w:w="5074" w:type="dxa"/>
          </w:tcPr>
          <w:p w14:paraId="3EF16EC8" w14:textId="77777777" w:rsidR="006A090A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</w:p>
          <w:p w14:paraId="114BFA0D" w14:textId="77777777" w:rsidR="00C60E01" w:rsidRDefault="00C60E01">
            <w:pPr>
              <w:rPr>
                <w:lang w:val="pl-PL"/>
              </w:rPr>
            </w:pPr>
          </w:p>
          <w:p w14:paraId="7919770F" w14:textId="77777777" w:rsidR="00C60E01" w:rsidRPr="00541F17" w:rsidRDefault="00C60E01">
            <w:pPr>
              <w:rPr>
                <w:lang w:val="pl-PL"/>
              </w:rPr>
            </w:pPr>
          </w:p>
        </w:tc>
        <w:tc>
          <w:tcPr>
            <w:tcW w:w="5074" w:type="dxa"/>
          </w:tcPr>
          <w:p w14:paraId="77A48202" w14:textId="77777777" w:rsidR="006A090A" w:rsidRDefault="00556B10">
            <w:pPr>
              <w:rPr>
                <w:lang w:val="pl-PL"/>
              </w:rPr>
            </w:pPr>
            <w:r w:rsidRPr="00541F17">
              <w:rPr>
                <w:lang w:val="pl-PL"/>
              </w:rPr>
              <w:br/>
            </w:r>
          </w:p>
          <w:p w14:paraId="49D3113F" w14:textId="77777777" w:rsidR="001C51E6" w:rsidRDefault="001C51E6">
            <w:pPr>
              <w:rPr>
                <w:lang w:val="pl-PL"/>
              </w:rPr>
            </w:pPr>
          </w:p>
          <w:p w14:paraId="39ED72F8" w14:textId="77777777" w:rsidR="001C51E6" w:rsidRDefault="001C51E6">
            <w:pPr>
              <w:rPr>
                <w:lang w:val="pl-PL"/>
              </w:rPr>
            </w:pPr>
          </w:p>
          <w:p w14:paraId="3CF397B1" w14:textId="77777777" w:rsidR="001C51E6" w:rsidRDefault="001C51E6">
            <w:pPr>
              <w:rPr>
                <w:lang w:val="pl-PL"/>
              </w:rPr>
            </w:pPr>
          </w:p>
          <w:p w14:paraId="60F96119" w14:textId="77777777" w:rsidR="001C51E6" w:rsidRPr="00541F17" w:rsidRDefault="001C51E6">
            <w:pPr>
              <w:rPr>
                <w:lang w:val="pl-PL"/>
              </w:rPr>
            </w:pPr>
          </w:p>
        </w:tc>
      </w:tr>
    </w:tbl>
    <w:p w14:paraId="1A73A6B7" w14:textId="77777777" w:rsidR="00556B10" w:rsidRPr="00541F17" w:rsidRDefault="00556B10">
      <w:pPr>
        <w:rPr>
          <w:lang w:val="pl-PL"/>
        </w:rPr>
      </w:pPr>
    </w:p>
    <w:sectPr w:rsidR="00556B10" w:rsidRPr="00541F17" w:rsidSect="00034616">
      <w:headerReference w:type="default" r:id="rId8"/>
      <w:footerReference w:type="default" r:id="rId9"/>
      <w:pgSz w:w="12240" w:h="15840"/>
      <w:pgMar w:top="794" w:right="879" w:bottom="794" w:left="87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8A88E" w14:textId="77777777" w:rsidR="005D23E6" w:rsidRDefault="005D23E6">
      <w:pPr>
        <w:spacing w:after="0" w:line="240" w:lineRule="auto"/>
      </w:pPr>
      <w:r>
        <w:separator/>
      </w:r>
    </w:p>
  </w:endnote>
  <w:endnote w:type="continuationSeparator" w:id="0">
    <w:p w14:paraId="6362602F" w14:textId="77777777" w:rsidR="005D23E6" w:rsidRDefault="005D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9296F" w14:textId="77777777" w:rsidR="006A090A" w:rsidRDefault="006A09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6DAE" w14:textId="77777777" w:rsidR="005D23E6" w:rsidRDefault="005D23E6">
      <w:pPr>
        <w:spacing w:after="0" w:line="240" w:lineRule="auto"/>
      </w:pPr>
      <w:r>
        <w:separator/>
      </w:r>
    </w:p>
  </w:footnote>
  <w:footnote w:type="continuationSeparator" w:id="0">
    <w:p w14:paraId="15EE62E1" w14:textId="77777777" w:rsidR="005D23E6" w:rsidRDefault="005D2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F8F79" w14:textId="77777777" w:rsidR="006A090A" w:rsidRDefault="006A0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7355641">
    <w:abstractNumId w:val="8"/>
  </w:num>
  <w:num w:numId="2" w16cid:durableId="1591814642">
    <w:abstractNumId w:val="6"/>
  </w:num>
  <w:num w:numId="3" w16cid:durableId="1727486865">
    <w:abstractNumId w:val="5"/>
  </w:num>
  <w:num w:numId="4" w16cid:durableId="1765956881">
    <w:abstractNumId w:val="4"/>
  </w:num>
  <w:num w:numId="5" w16cid:durableId="626351980">
    <w:abstractNumId w:val="7"/>
  </w:num>
  <w:num w:numId="6" w16cid:durableId="362174307">
    <w:abstractNumId w:val="3"/>
  </w:num>
  <w:num w:numId="7" w16cid:durableId="1923836232">
    <w:abstractNumId w:val="2"/>
  </w:num>
  <w:num w:numId="8" w16cid:durableId="592318391">
    <w:abstractNumId w:val="1"/>
  </w:num>
  <w:num w:numId="9" w16cid:durableId="1301693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044"/>
    <w:rsid w:val="0006063C"/>
    <w:rsid w:val="000C23A6"/>
    <w:rsid w:val="000C4F08"/>
    <w:rsid w:val="00143C25"/>
    <w:rsid w:val="0015074B"/>
    <w:rsid w:val="001528EF"/>
    <w:rsid w:val="00164D23"/>
    <w:rsid w:val="001911A0"/>
    <w:rsid w:val="001A500B"/>
    <w:rsid w:val="001B3898"/>
    <w:rsid w:val="001C1A36"/>
    <w:rsid w:val="001C51E6"/>
    <w:rsid w:val="0020451D"/>
    <w:rsid w:val="00217A08"/>
    <w:rsid w:val="00231C81"/>
    <w:rsid w:val="00250537"/>
    <w:rsid w:val="00267FF3"/>
    <w:rsid w:val="0029639D"/>
    <w:rsid w:val="002E6ACA"/>
    <w:rsid w:val="00326F90"/>
    <w:rsid w:val="00477626"/>
    <w:rsid w:val="004B5061"/>
    <w:rsid w:val="004F3B67"/>
    <w:rsid w:val="00541F17"/>
    <w:rsid w:val="00556B10"/>
    <w:rsid w:val="00575B65"/>
    <w:rsid w:val="00584264"/>
    <w:rsid w:val="005844D0"/>
    <w:rsid w:val="005D23E6"/>
    <w:rsid w:val="005D2F8D"/>
    <w:rsid w:val="006458BA"/>
    <w:rsid w:val="00691365"/>
    <w:rsid w:val="006A090A"/>
    <w:rsid w:val="006A4730"/>
    <w:rsid w:val="006D3DE0"/>
    <w:rsid w:val="006F2DB8"/>
    <w:rsid w:val="0077271C"/>
    <w:rsid w:val="007F57EE"/>
    <w:rsid w:val="00843A36"/>
    <w:rsid w:val="00857FAD"/>
    <w:rsid w:val="009271AE"/>
    <w:rsid w:val="00940A50"/>
    <w:rsid w:val="009914FF"/>
    <w:rsid w:val="009D3C5B"/>
    <w:rsid w:val="00A11E96"/>
    <w:rsid w:val="00AA1D8D"/>
    <w:rsid w:val="00AC4C98"/>
    <w:rsid w:val="00AF78BD"/>
    <w:rsid w:val="00B11FA7"/>
    <w:rsid w:val="00B319AE"/>
    <w:rsid w:val="00B47730"/>
    <w:rsid w:val="00B626EE"/>
    <w:rsid w:val="00B8441A"/>
    <w:rsid w:val="00C338BC"/>
    <w:rsid w:val="00C52175"/>
    <w:rsid w:val="00C60E01"/>
    <w:rsid w:val="00C857B1"/>
    <w:rsid w:val="00C977C5"/>
    <w:rsid w:val="00CB0664"/>
    <w:rsid w:val="00D864AE"/>
    <w:rsid w:val="00D906EE"/>
    <w:rsid w:val="00DD0473"/>
    <w:rsid w:val="00DE5143"/>
    <w:rsid w:val="00DF3DAA"/>
    <w:rsid w:val="00E25A72"/>
    <w:rsid w:val="00ED6248"/>
    <w:rsid w:val="00F029C6"/>
    <w:rsid w:val="00F320C1"/>
    <w:rsid w:val="00F5339D"/>
    <w:rsid w:val="00F7529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32BCE0"/>
  <w14:defaultImageDpi w14:val="300"/>
  <w15:docId w15:val="{62652A23-838B-4626-9AD9-C2DB01D0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Małgorzata Farajewicz</cp:lastModifiedBy>
  <cp:revision>45</cp:revision>
  <cp:lastPrinted>2026-09-03T10:21:00Z</cp:lastPrinted>
  <dcterms:created xsi:type="dcterms:W3CDTF">2026-09-02T13:17:00Z</dcterms:created>
  <dcterms:modified xsi:type="dcterms:W3CDTF">2026-09-03T13:08:00Z</dcterms:modified>
  <cp:category/>
</cp:coreProperties>
</file>